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50407" w14:textId="4F32F649" w:rsidR="00EB5676" w:rsidRPr="00B34EEE" w:rsidRDefault="00EB5676">
      <w:pPr>
        <w:jc w:val="center"/>
        <w:rPr>
          <w:b/>
          <w:color w:val="17365D"/>
          <w:sz w:val="26"/>
          <w:szCs w:val="26"/>
        </w:rPr>
      </w:pPr>
      <w:r w:rsidRPr="00B34EEE">
        <w:rPr>
          <w:b/>
          <w:color w:val="17365D"/>
          <w:sz w:val="26"/>
          <w:szCs w:val="26"/>
        </w:rPr>
        <w:t>ANEXO I</w:t>
      </w:r>
    </w:p>
    <w:p w14:paraId="0CDD82DC" w14:textId="44F08116" w:rsidR="00DD1994" w:rsidRPr="00B34EEE" w:rsidRDefault="00000000">
      <w:pPr>
        <w:jc w:val="center"/>
        <w:rPr>
          <w:sz w:val="26"/>
          <w:szCs w:val="26"/>
        </w:rPr>
      </w:pPr>
      <w:r w:rsidRPr="00B34EEE">
        <w:rPr>
          <w:b/>
          <w:color w:val="17365D"/>
          <w:sz w:val="26"/>
          <w:szCs w:val="26"/>
        </w:rPr>
        <w:t>PLANO DE TRABALHO</w:t>
      </w:r>
    </w:p>
    <w:p w14:paraId="28F1F79B" w14:textId="77777777" w:rsidR="00DD1994" w:rsidRPr="00B34EEE" w:rsidRDefault="00000000">
      <w:pPr>
        <w:jc w:val="center"/>
      </w:pPr>
      <w:r w:rsidRPr="00B34EEE">
        <w:rPr>
          <w:b/>
          <w:color w:val="2F5597"/>
          <w:sz w:val="20"/>
        </w:rPr>
        <w:t>PROJETO COM PARTICIPAÇÃO DE FUNDAÇÃO DE APOIO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DD1994" w:rsidRPr="00B34EEE" w14:paraId="640E7B64" w14:textId="77777777">
        <w:trPr>
          <w:cantSplit/>
        </w:trPr>
        <w:tc>
          <w:tcPr>
            <w:tcW w:w="10206" w:type="dxa"/>
            <w:shd w:val="clear" w:color="auto" w:fill="EE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B4CC4C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color w:val="17365D"/>
                <w:sz w:val="16"/>
              </w:rPr>
              <w:t>Modelo estruturado conforme o art. 6º do Decreto nº 7.423/2010, a Lei nº 8.958/1994 e as normas internas da UFMA. Preencher todos os campos aplicáveis; quando não houver informação, registrar “não se aplica” e apresentar justificativa, se necessário.</w:t>
            </w:r>
          </w:p>
        </w:tc>
      </w:tr>
    </w:tbl>
    <w:p w14:paraId="1AA087DE" w14:textId="77777777" w:rsidR="00DD1994" w:rsidRPr="00B34EEE" w:rsidRDefault="00DD1994">
      <w:pPr>
        <w:spacing w:after="0"/>
      </w:pPr>
    </w:p>
    <w:p w14:paraId="1B890FA4" w14:textId="76796B02" w:rsidR="00DD1994" w:rsidRPr="00B34EEE" w:rsidRDefault="00000000" w:rsidP="00EB5676">
      <w:pPr>
        <w:pStyle w:val="Ttulo1"/>
        <w:numPr>
          <w:ilvl w:val="0"/>
          <w:numId w:val="10"/>
        </w:numPr>
        <w:ind w:left="284" w:hanging="284"/>
      </w:pPr>
      <w:r w:rsidRPr="00B34EEE">
        <w:t>DADOS CADASTRAIS E INSTITUCIONAIS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5"/>
        <w:gridCol w:w="1695"/>
        <w:gridCol w:w="105"/>
        <w:gridCol w:w="1785"/>
        <w:gridCol w:w="1818"/>
        <w:gridCol w:w="2835"/>
      </w:tblGrid>
      <w:tr w:rsidR="00EB5676" w:rsidRPr="00B34EEE" w14:paraId="6C730459" w14:textId="77777777" w:rsidTr="00C93B91">
        <w:tc>
          <w:tcPr>
            <w:tcW w:w="7338" w:type="dxa"/>
            <w:gridSpan w:val="5"/>
          </w:tcPr>
          <w:p w14:paraId="47429476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Fundação Contratada</w:t>
            </w:r>
          </w:p>
          <w:p w14:paraId="60464D27" w14:textId="77777777" w:rsidR="00EB5676" w:rsidRPr="00B34EEE" w:rsidRDefault="00EB5676" w:rsidP="00EB5676">
            <w:pPr>
              <w:tabs>
                <w:tab w:val="left" w:pos="3758"/>
              </w:tabs>
              <w:spacing w:after="0"/>
              <w:rPr>
                <w:rFonts w:eastAsia="Arial" w:cs="Arial"/>
                <w:sz w:val="17"/>
                <w:szCs w:val="17"/>
              </w:rPr>
            </w:pPr>
          </w:p>
        </w:tc>
        <w:tc>
          <w:tcPr>
            <w:tcW w:w="2835" w:type="dxa"/>
          </w:tcPr>
          <w:p w14:paraId="040ACCA7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CNPJ</w:t>
            </w:r>
          </w:p>
          <w:p w14:paraId="2D59E355" w14:textId="77777777" w:rsidR="00EB5676" w:rsidRPr="00B34EEE" w:rsidRDefault="00EB5676" w:rsidP="00EB5676">
            <w:pPr>
              <w:spacing w:after="0"/>
              <w:rPr>
                <w:rFonts w:eastAsia="Arial" w:cs="Arial"/>
                <w:sz w:val="17"/>
                <w:szCs w:val="17"/>
              </w:rPr>
            </w:pPr>
          </w:p>
        </w:tc>
      </w:tr>
      <w:tr w:rsidR="00EB5676" w:rsidRPr="00B34EEE" w14:paraId="76606D3E" w14:textId="77777777" w:rsidTr="00C93B91">
        <w:tc>
          <w:tcPr>
            <w:tcW w:w="7338" w:type="dxa"/>
            <w:gridSpan w:val="5"/>
          </w:tcPr>
          <w:p w14:paraId="137ACDAF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Endereço</w:t>
            </w:r>
          </w:p>
          <w:p w14:paraId="69317615" w14:textId="77777777" w:rsidR="00EB5676" w:rsidRPr="00B34EEE" w:rsidRDefault="00EB5676" w:rsidP="00EB5676">
            <w:pPr>
              <w:spacing w:after="0"/>
              <w:rPr>
                <w:rFonts w:eastAsia="Arial" w:cs="Arial"/>
                <w:b/>
                <w:sz w:val="17"/>
                <w:szCs w:val="17"/>
              </w:rPr>
            </w:pPr>
          </w:p>
        </w:tc>
        <w:tc>
          <w:tcPr>
            <w:tcW w:w="2835" w:type="dxa"/>
          </w:tcPr>
          <w:p w14:paraId="298BF6B8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Bairro</w:t>
            </w:r>
          </w:p>
          <w:p w14:paraId="7984CAAE" w14:textId="77777777" w:rsidR="00EB5676" w:rsidRPr="00B34EEE" w:rsidRDefault="00EB5676" w:rsidP="00EB5676">
            <w:pPr>
              <w:tabs>
                <w:tab w:val="left" w:pos="3758"/>
              </w:tabs>
              <w:spacing w:after="0"/>
              <w:rPr>
                <w:rFonts w:eastAsia="Arial" w:cs="Arial"/>
                <w:b/>
                <w:sz w:val="17"/>
                <w:szCs w:val="17"/>
              </w:rPr>
            </w:pPr>
          </w:p>
        </w:tc>
      </w:tr>
      <w:tr w:rsidR="00EB5676" w:rsidRPr="00B34EEE" w14:paraId="1CC88E60" w14:textId="77777777" w:rsidTr="00C93B91">
        <w:tc>
          <w:tcPr>
            <w:tcW w:w="1935" w:type="dxa"/>
          </w:tcPr>
          <w:p w14:paraId="6C4BE36C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Cidade</w:t>
            </w:r>
          </w:p>
          <w:p w14:paraId="3660A8D6" w14:textId="77777777" w:rsidR="00EB5676" w:rsidRPr="00B34EEE" w:rsidRDefault="00EB5676" w:rsidP="00EB5676">
            <w:pPr>
              <w:tabs>
                <w:tab w:val="left" w:pos="3758"/>
              </w:tabs>
              <w:spacing w:after="0"/>
              <w:rPr>
                <w:rFonts w:eastAsia="Arial" w:cs="Arial"/>
                <w:sz w:val="17"/>
                <w:szCs w:val="17"/>
              </w:rPr>
            </w:pPr>
          </w:p>
        </w:tc>
        <w:tc>
          <w:tcPr>
            <w:tcW w:w="1800" w:type="dxa"/>
            <w:gridSpan w:val="2"/>
          </w:tcPr>
          <w:p w14:paraId="3539E44C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UF</w:t>
            </w:r>
          </w:p>
          <w:p w14:paraId="08F80730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jc w:val="center"/>
              <w:outlineLvl w:val="0"/>
              <w:rPr>
                <w:rFonts w:eastAsia="Arial" w:cs="Arial"/>
                <w:bCs/>
                <w:color w:val="17365D"/>
                <w:sz w:val="17"/>
                <w:szCs w:val="17"/>
              </w:rPr>
            </w:pPr>
          </w:p>
        </w:tc>
        <w:tc>
          <w:tcPr>
            <w:tcW w:w="1785" w:type="dxa"/>
          </w:tcPr>
          <w:p w14:paraId="2E386C2B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CEP</w:t>
            </w:r>
          </w:p>
          <w:p w14:paraId="459A7C25" w14:textId="77777777" w:rsidR="00EB5676" w:rsidRPr="00B34EEE" w:rsidRDefault="00EB5676" w:rsidP="00EB5676">
            <w:pPr>
              <w:spacing w:after="0"/>
              <w:rPr>
                <w:rFonts w:eastAsia="Arial" w:cs="Arial"/>
                <w:sz w:val="17"/>
                <w:szCs w:val="17"/>
              </w:rPr>
            </w:pPr>
          </w:p>
        </w:tc>
        <w:tc>
          <w:tcPr>
            <w:tcW w:w="1818" w:type="dxa"/>
          </w:tcPr>
          <w:p w14:paraId="52997F11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DDD/Telefone</w:t>
            </w:r>
          </w:p>
          <w:p w14:paraId="65AC9108" w14:textId="77777777" w:rsidR="00EB5676" w:rsidRPr="00B34EEE" w:rsidRDefault="00EB5676" w:rsidP="00EB5676">
            <w:pPr>
              <w:spacing w:after="0"/>
              <w:rPr>
                <w:rFonts w:eastAsia="Arial" w:cs="Arial"/>
                <w:sz w:val="17"/>
                <w:szCs w:val="17"/>
              </w:rPr>
            </w:pPr>
          </w:p>
        </w:tc>
        <w:tc>
          <w:tcPr>
            <w:tcW w:w="2835" w:type="dxa"/>
          </w:tcPr>
          <w:p w14:paraId="2844C24A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E.A.</w:t>
            </w:r>
          </w:p>
          <w:p w14:paraId="70DE5750" w14:textId="77777777" w:rsidR="00EB5676" w:rsidRPr="00B34EEE" w:rsidRDefault="00EB5676" w:rsidP="00EB5676">
            <w:pPr>
              <w:tabs>
                <w:tab w:val="left" w:pos="3758"/>
              </w:tabs>
              <w:spacing w:after="0"/>
              <w:rPr>
                <w:rFonts w:eastAsia="Arial" w:cs="Arial"/>
                <w:sz w:val="17"/>
                <w:szCs w:val="17"/>
              </w:rPr>
            </w:pPr>
          </w:p>
        </w:tc>
      </w:tr>
      <w:tr w:rsidR="00EB5676" w:rsidRPr="00B34EEE" w14:paraId="470133AD" w14:textId="77777777" w:rsidTr="00C93B91">
        <w:tc>
          <w:tcPr>
            <w:tcW w:w="7338" w:type="dxa"/>
            <w:gridSpan w:val="5"/>
          </w:tcPr>
          <w:p w14:paraId="550ACB85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Nome do Responsável</w:t>
            </w:r>
          </w:p>
          <w:p w14:paraId="1A2E9492" w14:textId="77777777" w:rsidR="00EB5676" w:rsidRPr="00B34EEE" w:rsidRDefault="00EB5676" w:rsidP="00EB5676">
            <w:pPr>
              <w:tabs>
                <w:tab w:val="left" w:pos="3758"/>
              </w:tabs>
              <w:spacing w:after="0"/>
              <w:rPr>
                <w:rFonts w:eastAsia="Arial" w:cs="Arial"/>
                <w:sz w:val="17"/>
                <w:szCs w:val="17"/>
              </w:rPr>
            </w:pPr>
          </w:p>
        </w:tc>
        <w:tc>
          <w:tcPr>
            <w:tcW w:w="2835" w:type="dxa"/>
          </w:tcPr>
          <w:p w14:paraId="0806640F" w14:textId="77777777" w:rsidR="00EB5676" w:rsidRPr="00B34EEE" w:rsidRDefault="00EB5676" w:rsidP="00EB5676">
            <w:pPr>
              <w:tabs>
                <w:tab w:val="left" w:pos="3758"/>
              </w:tabs>
              <w:spacing w:after="0"/>
              <w:rPr>
                <w:rFonts w:eastAsia="Arial" w:cs="Arial"/>
                <w:b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sz w:val="17"/>
                <w:szCs w:val="17"/>
              </w:rPr>
              <w:t>CPF</w:t>
            </w:r>
          </w:p>
          <w:p w14:paraId="78393DB5" w14:textId="77777777" w:rsidR="00EB5676" w:rsidRPr="00B34EEE" w:rsidRDefault="00EB5676" w:rsidP="00EB5676">
            <w:pPr>
              <w:tabs>
                <w:tab w:val="left" w:pos="3758"/>
              </w:tabs>
              <w:spacing w:after="0"/>
              <w:rPr>
                <w:rFonts w:eastAsia="Arial" w:cs="Arial"/>
                <w:sz w:val="17"/>
                <w:szCs w:val="17"/>
              </w:rPr>
            </w:pPr>
          </w:p>
        </w:tc>
      </w:tr>
      <w:tr w:rsidR="00EB5676" w:rsidRPr="00B34EEE" w14:paraId="0BD509C4" w14:textId="77777777" w:rsidTr="00C93B91">
        <w:tc>
          <w:tcPr>
            <w:tcW w:w="7338" w:type="dxa"/>
            <w:gridSpan w:val="5"/>
          </w:tcPr>
          <w:p w14:paraId="1428557B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Endereço</w:t>
            </w:r>
          </w:p>
          <w:p w14:paraId="6A641D28" w14:textId="77777777" w:rsidR="00EB5676" w:rsidRPr="00B34EEE" w:rsidRDefault="00EB5676" w:rsidP="00EB5676">
            <w:pPr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bookmarkStart w:id="0" w:name="_heading=h.d2umxa3yvou3" w:colFirst="0" w:colLast="0"/>
            <w:bookmarkEnd w:id="0"/>
          </w:p>
        </w:tc>
        <w:tc>
          <w:tcPr>
            <w:tcW w:w="2835" w:type="dxa"/>
          </w:tcPr>
          <w:p w14:paraId="1DBF80B1" w14:textId="77777777" w:rsidR="00EB5676" w:rsidRPr="00B34EEE" w:rsidRDefault="00EB5676" w:rsidP="00EB5676">
            <w:pPr>
              <w:keepNext/>
              <w:keepLines/>
              <w:tabs>
                <w:tab w:val="left" w:pos="3758"/>
              </w:tabs>
              <w:spacing w:after="0"/>
              <w:outlineLvl w:val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bookmarkStart w:id="1" w:name="_heading=h.9hpk7gpjpht4" w:colFirst="0" w:colLast="0"/>
            <w:bookmarkEnd w:id="1"/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CEP</w:t>
            </w:r>
          </w:p>
          <w:p w14:paraId="56B8D520" w14:textId="77777777" w:rsidR="00EB5676" w:rsidRPr="00B34EEE" w:rsidRDefault="00EB5676" w:rsidP="00EB5676">
            <w:pPr>
              <w:tabs>
                <w:tab w:val="left" w:pos="3758"/>
              </w:tabs>
              <w:spacing w:after="0"/>
              <w:rPr>
                <w:rFonts w:eastAsia="Arial" w:cs="Arial"/>
                <w:b/>
                <w:sz w:val="17"/>
                <w:szCs w:val="17"/>
              </w:rPr>
            </w:pPr>
          </w:p>
        </w:tc>
      </w:tr>
      <w:tr w:rsidR="00EB5676" w:rsidRPr="00B34EEE" w14:paraId="4FC7D521" w14:textId="77777777" w:rsidTr="00C93B91">
        <w:trPr>
          <w:trHeight w:val="180"/>
        </w:trPr>
        <w:tc>
          <w:tcPr>
            <w:tcW w:w="3630" w:type="dxa"/>
            <w:gridSpan w:val="2"/>
          </w:tcPr>
          <w:p w14:paraId="06E44F37" w14:textId="77777777" w:rsidR="00EB5676" w:rsidRPr="00B34EEE" w:rsidRDefault="00EB5676" w:rsidP="00EB5676">
            <w:pPr>
              <w:spacing w:after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RG</w:t>
            </w:r>
          </w:p>
          <w:p w14:paraId="7FBFAE7E" w14:textId="77777777" w:rsidR="00EB5676" w:rsidRPr="00B34EEE" w:rsidRDefault="00EB5676" w:rsidP="00EB5676">
            <w:pPr>
              <w:spacing w:after="0"/>
              <w:rPr>
                <w:rFonts w:eastAsia="Arial" w:cs="Arial"/>
                <w:b/>
                <w:sz w:val="17"/>
                <w:szCs w:val="17"/>
              </w:rPr>
            </w:pPr>
          </w:p>
        </w:tc>
        <w:tc>
          <w:tcPr>
            <w:tcW w:w="6543" w:type="dxa"/>
            <w:gridSpan w:val="4"/>
          </w:tcPr>
          <w:p w14:paraId="77961CD8" w14:textId="77777777" w:rsidR="00EB5676" w:rsidRPr="00B34EEE" w:rsidRDefault="00EB5676" w:rsidP="00EB5676">
            <w:pPr>
              <w:spacing w:after="0"/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</w:pPr>
            <w:r w:rsidRPr="00B34EEE">
              <w:rPr>
                <w:rFonts w:eastAsia="Arial" w:cs="Arial"/>
                <w:b/>
                <w:bCs/>
                <w:color w:val="17365D"/>
                <w:sz w:val="17"/>
                <w:szCs w:val="17"/>
              </w:rPr>
              <w:t>Cargo</w:t>
            </w:r>
          </w:p>
          <w:p w14:paraId="54DD7B16" w14:textId="77777777" w:rsidR="00EB5676" w:rsidRPr="00B34EEE" w:rsidRDefault="00EB5676" w:rsidP="00EB5676">
            <w:pPr>
              <w:spacing w:after="0"/>
              <w:rPr>
                <w:rFonts w:eastAsia="Arial" w:cs="Arial"/>
                <w:sz w:val="17"/>
                <w:szCs w:val="17"/>
              </w:rPr>
            </w:pPr>
          </w:p>
        </w:tc>
      </w:tr>
    </w:tbl>
    <w:p w14:paraId="5B94CC96" w14:textId="77777777" w:rsidR="00EB5676" w:rsidRPr="00B34EEE" w:rsidRDefault="00EB5676" w:rsidP="00EB5676"/>
    <w:p w14:paraId="5C00E7FE" w14:textId="77777777" w:rsidR="00DD1994" w:rsidRPr="00B34EEE" w:rsidRDefault="00000000">
      <w:pPr>
        <w:pStyle w:val="Ttulo1"/>
      </w:pPr>
      <w:r w:rsidRPr="00B34EEE">
        <w:t>2. IDENTIFICAÇÃO E ENQUADRAMENTO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DD1994" w:rsidRPr="00B34EEE" w14:paraId="4C8C5FB2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D0DBC8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Título do projeto: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762EEF36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4019EA" w14:textId="1525D9F5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Classificação</w:t>
            </w:r>
            <w:r w:rsidR="0095713B">
              <w:rPr>
                <w:b/>
                <w:color w:val="17365D"/>
                <w:sz w:val="17"/>
              </w:rPr>
              <w:t xml:space="preserve"> do Projeto</w:t>
            </w:r>
            <w:r w:rsidRPr="00B34EEE">
              <w:rPr>
                <w:b/>
                <w:color w:val="17365D"/>
                <w:sz w:val="17"/>
              </w:rPr>
              <w:t xml:space="preserve">: ☐ </w:t>
            </w:r>
            <w:proofErr w:type="gramStart"/>
            <w:r w:rsidRPr="00B34EEE">
              <w:rPr>
                <w:b/>
                <w:color w:val="17365D"/>
                <w:sz w:val="17"/>
              </w:rPr>
              <w:t>Ensino  ☐</w:t>
            </w:r>
            <w:proofErr w:type="gramEnd"/>
            <w:r w:rsidRPr="00B34EEE">
              <w:rPr>
                <w:b/>
                <w:color w:val="17365D"/>
                <w:sz w:val="17"/>
              </w:rPr>
              <w:t xml:space="preserve"> </w:t>
            </w:r>
            <w:proofErr w:type="gramStart"/>
            <w:r w:rsidRPr="00B34EEE">
              <w:rPr>
                <w:b/>
                <w:color w:val="17365D"/>
                <w:sz w:val="17"/>
              </w:rPr>
              <w:t>Pesquisa  ☐</w:t>
            </w:r>
            <w:proofErr w:type="gramEnd"/>
            <w:r w:rsidRPr="00B34EEE">
              <w:rPr>
                <w:b/>
                <w:color w:val="17365D"/>
                <w:sz w:val="17"/>
              </w:rPr>
              <w:t xml:space="preserve"> </w:t>
            </w:r>
            <w:proofErr w:type="gramStart"/>
            <w:r w:rsidRPr="00B34EEE">
              <w:rPr>
                <w:b/>
                <w:color w:val="17365D"/>
                <w:sz w:val="17"/>
              </w:rPr>
              <w:t>Extensão  ☐</w:t>
            </w:r>
            <w:proofErr w:type="gramEnd"/>
            <w:r w:rsidRPr="00B34EEE">
              <w:rPr>
                <w:b/>
                <w:color w:val="17365D"/>
                <w:sz w:val="17"/>
              </w:rPr>
              <w:t xml:space="preserve"> Desenvolvimento </w:t>
            </w:r>
            <w:proofErr w:type="gramStart"/>
            <w:r w:rsidRPr="00B34EEE">
              <w:rPr>
                <w:b/>
                <w:color w:val="17365D"/>
                <w:sz w:val="17"/>
              </w:rPr>
              <w:t>institucional  ☐</w:t>
            </w:r>
            <w:proofErr w:type="gramEnd"/>
            <w:r w:rsidRPr="00B34EEE">
              <w:rPr>
                <w:b/>
                <w:color w:val="17365D"/>
                <w:sz w:val="17"/>
              </w:rPr>
              <w:t xml:space="preserve"> Desenvolvimento científico e </w:t>
            </w:r>
            <w:proofErr w:type="gramStart"/>
            <w:r w:rsidRPr="00B34EEE">
              <w:rPr>
                <w:b/>
                <w:color w:val="17365D"/>
                <w:sz w:val="17"/>
              </w:rPr>
              <w:t>tecnológico  ☐</w:t>
            </w:r>
            <w:proofErr w:type="gramEnd"/>
            <w:r w:rsidRPr="00B34EEE">
              <w:rPr>
                <w:b/>
                <w:color w:val="17365D"/>
                <w:sz w:val="17"/>
              </w:rPr>
              <w:t xml:space="preserve"> Inovação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5275CF86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9BD638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 xml:space="preserve">Instrumento jurídico pretendido: ☐ </w:t>
            </w:r>
            <w:proofErr w:type="gramStart"/>
            <w:r w:rsidRPr="00B34EEE">
              <w:rPr>
                <w:b/>
                <w:color w:val="17365D"/>
                <w:sz w:val="17"/>
              </w:rPr>
              <w:t>Contrato  ☐</w:t>
            </w:r>
            <w:proofErr w:type="gramEnd"/>
            <w:r w:rsidRPr="00B34EEE">
              <w:rPr>
                <w:b/>
                <w:color w:val="17365D"/>
                <w:sz w:val="17"/>
              </w:rPr>
              <w:t xml:space="preserve"> </w:t>
            </w:r>
            <w:proofErr w:type="gramStart"/>
            <w:r w:rsidRPr="00B34EEE">
              <w:rPr>
                <w:b/>
                <w:color w:val="17365D"/>
                <w:sz w:val="17"/>
              </w:rPr>
              <w:t>Convênio  ☐</w:t>
            </w:r>
            <w:proofErr w:type="gramEnd"/>
            <w:r w:rsidRPr="00B34EEE">
              <w:rPr>
                <w:b/>
                <w:color w:val="17365D"/>
                <w:sz w:val="17"/>
              </w:rPr>
              <w:t xml:space="preserve"> </w:t>
            </w:r>
            <w:proofErr w:type="gramStart"/>
            <w:r w:rsidRPr="00B34EEE">
              <w:rPr>
                <w:b/>
                <w:color w:val="17365D"/>
                <w:sz w:val="17"/>
              </w:rPr>
              <w:t>Acordo  ☐</w:t>
            </w:r>
            <w:proofErr w:type="gramEnd"/>
            <w:r w:rsidRPr="00B34EEE">
              <w:rPr>
                <w:b/>
                <w:color w:val="17365D"/>
                <w:sz w:val="17"/>
              </w:rPr>
              <w:t xml:space="preserve"> </w:t>
            </w:r>
            <w:proofErr w:type="gramStart"/>
            <w:r w:rsidRPr="00B34EEE">
              <w:rPr>
                <w:b/>
                <w:color w:val="17365D"/>
                <w:sz w:val="17"/>
              </w:rPr>
              <w:t>Ajuste  ☐</w:t>
            </w:r>
            <w:proofErr w:type="gramEnd"/>
            <w:r w:rsidRPr="00B34EEE">
              <w:rPr>
                <w:b/>
                <w:color w:val="17365D"/>
                <w:sz w:val="17"/>
              </w:rPr>
              <w:t xml:space="preserve"> Outro: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05C8C569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735D4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Período de execução – início: ____/____/______   término: ____/____/______   duração total: ______ meses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6A1DFB6B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49F3E3" w14:textId="77777777" w:rsidR="00DD1994" w:rsidRPr="00B34EEE" w:rsidRDefault="00000000">
            <w:pPr>
              <w:spacing w:after="0" w:line="240" w:lineRule="auto"/>
            </w:pPr>
            <w:r w:rsidRPr="0095713B">
              <w:rPr>
                <w:b/>
                <w:color w:val="17365D" w:themeColor="text2" w:themeShade="BF"/>
                <w:sz w:val="17"/>
              </w:rPr>
              <w:t>Vinculação ao PDI, política institucional, programa ou linha de pesquisa da UFMA:</w:t>
            </w:r>
            <w:r w:rsidRPr="0095713B">
              <w:rPr>
                <w:b/>
                <w:color w:val="17365D" w:themeColor="text2" w:themeShade="BF"/>
                <w:sz w:val="17"/>
              </w:rPr>
              <w:br/>
            </w:r>
          </w:p>
        </w:tc>
      </w:tr>
    </w:tbl>
    <w:p w14:paraId="1B431B4E" w14:textId="77777777" w:rsidR="00DD1994" w:rsidRPr="00B34EEE" w:rsidRDefault="00000000">
      <w:pPr>
        <w:pStyle w:val="Ttulo1"/>
      </w:pPr>
      <w:r w:rsidRPr="00B34EEE">
        <w:t>3. OBJETO, JUSTIFICATIVAS, OBJETIVOS E RESULTADOS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DD1994" w:rsidRPr="00B34EEE" w14:paraId="2D023D13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7B4B3C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3.1 Objeto específico (descrever de forma clara, precisa e não genérica):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44E5DBC4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EDDA8B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3.2 Justificativa, demanda a ser atendida e interesse institucional: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6C53F310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2CBCCE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3.3 Justificativa para participação/contratação da fundação de apoio e ganhos de eficiência esperados: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0EAFBD7A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A0B0E9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3.4 Objetivo geral: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5B9150FB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04BB47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3.5 Objetivos específicos: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5B95D06A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DCA43E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3.6 Resultados e benefícios esperados para a UFMA e para o público-alvo: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</w:tbl>
    <w:p w14:paraId="1D694FF2" w14:textId="5CF6B125" w:rsidR="00DD1994" w:rsidRPr="00B34EEE" w:rsidRDefault="00000000">
      <w:pPr>
        <w:pStyle w:val="Ttulo1"/>
      </w:pPr>
      <w:r w:rsidRPr="00B34EEE">
        <w:lastRenderedPageBreak/>
        <w:t xml:space="preserve">4. </w:t>
      </w:r>
      <w:r w:rsidR="00CD4339" w:rsidRPr="00B34EEE">
        <w:t>CRONOGRAMA DE EXECUÇÃO (</w:t>
      </w:r>
      <w:r w:rsidRPr="00B34EEE">
        <w:t>METAS, ETAPAS</w:t>
      </w:r>
      <w:r w:rsidR="00CD4339" w:rsidRPr="00B34EEE">
        <w:t xml:space="preserve"> OU FASE)</w:t>
      </w:r>
    </w:p>
    <w:tbl>
      <w:tblPr>
        <w:tblW w:w="101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"/>
        <w:gridCol w:w="1213"/>
        <w:gridCol w:w="3827"/>
        <w:gridCol w:w="1100"/>
        <w:gridCol w:w="992"/>
        <w:gridCol w:w="993"/>
        <w:gridCol w:w="1134"/>
      </w:tblGrid>
      <w:tr w:rsidR="00CD4339" w:rsidRPr="00B34EEE" w14:paraId="2F90F2A8" w14:textId="77777777" w:rsidTr="00CD4339">
        <w:trPr>
          <w:trHeight w:val="300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8983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Meta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545B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Etapa/Fase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2B3B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Especificação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6028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 xml:space="preserve">Indicador Físico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C3AF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Duração</w:t>
            </w:r>
          </w:p>
        </w:tc>
      </w:tr>
      <w:tr w:rsidR="00CD4339" w:rsidRPr="00B34EEE" w14:paraId="6ABC5ED9" w14:textId="77777777" w:rsidTr="00CD4339">
        <w:trPr>
          <w:trHeight w:val="300"/>
        </w:trPr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E7F4" w14:textId="77777777" w:rsidR="00CD4339" w:rsidRPr="00B34EEE" w:rsidRDefault="00CD4339" w:rsidP="00CD4339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5C14" w14:textId="77777777" w:rsidR="00CD4339" w:rsidRPr="00B34EEE" w:rsidRDefault="00CD4339" w:rsidP="00CD4339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15FA" w14:textId="77777777" w:rsidR="00CD4339" w:rsidRPr="00B34EEE" w:rsidRDefault="00CD4339" w:rsidP="00CD4339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DFD4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90D9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Quant.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9D97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Início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6BA4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Término</w:t>
            </w:r>
          </w:p>
        </w:tc>
      </w:tr>
      <w:tr w:rsidR="00CD4339" w:rsidRPr="00B34EEE" w14:paraId="5E68EDFB" w14:textId="77777777" w:rsidTr="00CD4339">
        <w:trPr>
          <w:trHeight w:val="300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96BA" w14:textId="767908FC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4CFD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6392" w14:textId="77777777" w:rsidR="00CD4339" w:rsidRPr="00B34EEE" w:rsidRDefault="00CD4339" w:rsidP="00CD4339">
            <w:pPr>
              <w:spacing w:after="0" w:line="240" w:lineRule="auto"/>
              <w:jc w:val="both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B3D4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930D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14B1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A245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</w:tr>
      <w:tr w:rsidR="00CD4339" w:rsidRPr="00B34EEE" w14:paraId="5E4A2546" w14:textId="77777777" w:rsidTr="00CD4339">
        <w:trPr>
          <w:trHeight w:val="300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A9DF" w14:textId="7C12B64F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BB3B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C3F1" w14:textId="77777777" w:rsidR="00CD4339" w:rsidRPr="00B34EEE" w:rsidRDefault="00CD4339" w:rsidP="00CD4339">
            <w:pPr>
              <w:spacing w:after="0" w:line="240" w:lineRule="auto"/>
              <w:jc w:val="both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B18C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F5C9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2D7C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C57C" w14:textId="77777777" w:rsidR="00CD4339" w:rsidRPr="00B34EEE" w:rsidRDefault="00CD4339" w:rsidP="00CD4339">
            <w:pPr>
              <w:spacing w:after="0" w:line="240" w:lineRule="auto"/>
              <w:jc w:val="center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</w:tr>
      <w:tr w:rsidR="00CD4339" w:rsidRPr="00B34EEE" w14:paraId="309A8126" w14:textId="77777777" w:rsidTr="00CD4339">
        <w:trPr>
          <w:trHeight w:val="300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4D8C0" w14:textId="74E8E4F0" w:rsidR="00CD4339" w:rsidRPr="00B34EEE" w:rsidRDefault="00CD4339" w:rsidP="00C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3449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EBBFF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EF98F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8A736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3884D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0C8F6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</w:tr>
      <w:tr w:rsidR="00CD4339" w:rsidRPr="00B34EEE" w14:paraId="6045162D" w14:textId="77777777" w:rsidTr="00CD4339">
        <w:trPr>
          <w:trHeight w:val="300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96B58" w14:textId="25A3CF4A" w:rsidR="00CD4339" w:rsidRPr="00B34EEE" w:rsidRDefault="00CD4339" w:rsidP="00C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7CEF6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B6B7D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77620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69B1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6A64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855EB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</w:tr>
      <w:tr w:rsidR="00CD4339" w:rsidRPr="00B34EEE" w14:paraId="1605D78C" w14:textId="77777777" w:rsidTr="00CD4339">
        <w:trPr>
          <w:trHeight w:val="300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09536" w14:textId="1854065A" w:rsidR="00CD4339" w:rsidRPr="00B34EEE" w:rsidRDefault="00CD4339" w:rsidP="00CD43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922CA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887FB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597E7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4C2A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B988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15AD0" w14:textId="77777777" w:rsidR="00CD4339" w:rsidRPr="00B34EEE" w:rsidRDefault="00CD4339" w:rsidP="00CD43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</w:pPr>
            <w:r w:rsidRPr="00B34EEE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 </w:t>
            </w:r>
          </w:p>
        </w:tc>
      </w:tr>
    </w:tbl>
    <w:p w14:paraId="54883B46" w14:textId="77777777" w:rsidR="00CD4339" w:rsidRPr="00B34EEE" w:rsidRDefault="00CD4339" w:rsidP="00CD4339"/>
    <w:p w14:paraId="334129E9" w14:textId="77777777" w:rsidR="00DD1994" w:rsidRPr="00B34EEE" w:rsidRDefault="00000000">
      <w:pPr>
        <w:pStyle w:val="Ttulo1"/>
      </w:pPr>
      <w:r w:rsidRPr="00B34EEE">
        <w:t>5. EQUIPE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DD1994" w:rsidRPr="00B34EEE" w14:paraId="035BC796" w14:textId="77777777" w:rsidTr="0095713B">
        <w:trPr>
          <w:cantSplit/>
        </w:trPr>
        <w:tc>
          <w:tcPr>
            <w:tcW w:w="10060" w:type="dxa"/>
            <w:shd w:val="clear" w:color="auto" w:fill="EEF4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1ABE1" w14:textId="668AFC97" w:rsidR="00DD1994" w:rsidRPr="00B34EEE" w:rsidRDefault="00000000">
            <w:pPr>
              <w:spacing w:after="0" w:line="240" w:lineRule="auto"/>
            </w:pPr>
            <w:r w:rsidRPr="00B34EEE">
              <w:rPr>
                <w:color w:val="17365D"/>
                <w:sz w:val="16"/>
              </w:rPr>
              <w:t>Identificar participantes da UFMA pelo registro funcional, atividade. A participação deve observar, em regra, o mínimo de 2/3 de pessoas vinculadas à instituição apoiada (art. 6º, §§ 3º a 6º, do Decreto nº 7.423/2010).</w:t>
            </w:r>
          </w:p>
        </w:tc>
      </w:tr>
    </w:tbl>
    <w:p w14:paraId="730467BB" w14:textId="77777777" w:rsidR="00DD1994" w:rsidRPr="00B34EEE" w:rsidRDefault="00DD1994">
      <w:pPr>
        <w:spacing w:after="0"/>
      </w:pPr>
    </w:p>
    <w:tbl>
      <w:tblPr>
        <w:tblW w:w="100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380"/>
        <w:gridCol w:w="1520"/>
        <w:gridCol w:w="1778"/>
        <w:gridCol w:w="1357"/>
        <w:gridCol w:w="2080"/>
      </w:tblGrid>
      <w:tr w:rsidR="00B34EEE" w:rsidRPr="00B34EEE" w14:paraId="5A6ECC67" w14:textId="77777777" w:rsidTr="00B34EEE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14EF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Nome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183F" w14:textId="77777777" w:rsidR="00B34EEE" w:rsidRPr="00B34EEE" w:rsidRDefault="00B34EEE" w:rsidP="00B34E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CPF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F019CF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Matrícula SIAPE</w:t>
            </w:r>
            <w:r w:rsidRPr="00B34EEE">
              <w:rPr>
                <w:rFonts w:eastAsia="Times New Roman" w:cs="Arial"/>
                <w:b/>
                <w:bCs/>
                <w:color w:val="17375E"/>
                <w:sz w:val="16"/>
                <w:szCs w:val="16"/>
                <w:lang w:eastAsia="pt-BR"/>
              </w:rPr>
              <w:t xml:space="preserve"> </w:t>
            </w:r>
            <w:r w:rsidRPr="00B34EEE">
              <w:rPr>
                <w:rFonts w:eastAsia="Times New Roman" w:cs="Arial"/>
                <w:i/>
                <w:iCs/>
                <w:color w:val="17375E"/>
                <w:sz w:val="16"/>
                <w:szCs w:val="16"/>
                <w:lang w:eastAsia="pt-BR"/>
              </w:rPr>
              <w:t>(no caso de servidor público federal)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AC37D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Vínculo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491C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Função no projeto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8193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  <w:t>Descrição sucinta das atividades que irá desenvolver no projeto</w:t>
            </w:r>
          </w:p>
        </w:tc>
      </w:tr>
      <w:tr w:rsidR="00B34EEE" w:rsidRPr="00B34EEE" w14:paraId="694D94F5" w14:textId="77777777" w:rsidTr="00B34EEE">
        <w:trPr>
          <w:trHeight w:val="9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69C0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DEE4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689922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920F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i/>
                <w:iCs/>
                <w:color w:val="17375E"/>
                <w:sz w:val="16"/>
                <w:szCs w:val="16"/>
                <w:lang w:eastAsia="pt-BR"/>
              </w:rPr>
            </w:pPr>
            <w:r w:rsidRPr="00B34EEE">
              <w:rPr>
                <w:rFonts w:eastAsia="Times New Roman" w:cs="Arial"/>
                <w:i/>
                <w:iCs/>
                <w:color w:val="17375E"/>
                <w:sz w:val="16"/>
                <w:szCs w:val="16"/>
                <w:lang w:eastAsia="pt-BR"/>
              </w:rPr>
              <w:t xml:space="preserve">(docente, técnico ou estudante do UFMA, </w:t>
            </w:r>
            <w:proofErr w:type="gramStart"/>
            <w:r w:rsidRPr="00B34EEE">
              <w:rPr>
                <w:rFonts w:eastAsia="Times New Roman" w:cs="Arial"/>
                <w:i/>
                <w:iCs/>
                <w:color w:val="17375E"/>
                <w:sz w:val="16"/>
                <w:szCs w:val="16"/>
                <w:lang w:eastAsia="pt-BR"/>
              </w:rPr>
              <w:t>Externo</w:t>
            </w:r>
            <w:proofErr w:type="gramEnd"/>
            <w:r w:rsidRPr="00B34EEE">
              <w:rPr>
                <w:rFonts w:eastAsia="Times New Roman" w:cs="Arial"/>
                <w:i/>
                <w:iCs/>
                <w:color w:val="17375E"/>
                <w:sz w:val="16"/>
                <w:szCs w:val="16"/>
                <w:lang w:eastAsia="pt-BR"/>
              </w:rPr>
              <w:t xml:space="preserve"> ou estudante externo)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01B8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D97F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b/>
                <w:bCs/>
                <w:color w:val="17375E"/>
                <w:szCs w:val="18"/>
                <w:lang w:eastAsia="pt-BR"/>
              </w:rPr>
            </w:pPr>
          </w:p>
        </w:tc>
      </w:tr>
      <w:tr w:rsidR="00B34EEE" w:rsidRPr="00B34EEE" w14:paraId="61FAAAD3" w14:textId="77777777" w:rsidTr="00B34EEE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6134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FECD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E26D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5546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4AED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408A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</w:tr>
      <w:tr w:rsidR="00B34EEE" w:rsidRPr="00B34EEE" w14:paraId="15E6A8BF" w14:textId="77777777" w:rsidTr="00B34EEE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3F6F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7CE8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CC97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7D72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47EB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E37A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</w:tr>
      <w:tr w:rsidR="00B34EEE" w:rsidRPr="00B34EEE" w14:paraId="715AE4C6" w14:textId="77777777" w:rsidTr="00B34EEE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70AB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1C52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6B94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D4EC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3880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6D60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</w:tr>
      <w:tr w:rsidR="00B34EEE" w:rsidRPr="00B34EEE" w14:paraId="4EFD334D" w14:textId="77777777" w:rsidTr="00B34EEE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6528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98A9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38CD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ED2A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22D3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C5D5" w14:textId="77777777" w:rsidR="00B34EEE" w:rsidRPr="00B34EEE" w:rsidRDefault="00B34EEE" w:rsidP="00B34EEE">
            <w:pPr>
              <w:spacing w:after="0" w:line="240" w:lineRule="auto"/>
              <w:rPr>
                <w:rFonts w:eastAsia="Times New Roman" w:cs="Arial"/>
                <w:color w:val="17375E"/>
                <w:szCs w:val="18"/>
                <w:lang w:eastAsia="pt-BR"/>
              </w:rPr>
            </w:pPr>
            <w:r w:rsidRPr="00B34EEE">
              <w:rPr>
                <w:rFonts w:eastAsia="Times New Roman" w:cs="Arial"/>
                <w:color w:val="17375E"/>
                <w:szCs w:val="18"/>
                <w:lang w:eastAsia="pt-BR"/>
              </w:rPr>
              <w:t> </w:t>
            </w:r>
          </w:p>
        </w:tc>
      </w:tr>
    </w:tbl>
    <w:p w14:paraId="47B9CBB5" w14:textId="77777777" w:rsidR="00DD1994" w:rsidRPr="00E91FFA" w:rsidRDefault="00000000">
      <w:pPr>
        <w:pStyle w:val="Ttulo2"/>
        <w:rPr>
          <w:color w:val="17365D" w:themeColor="text2" w:themeShade="BF"/>
        </w:rPr>
      </w:pPr>
      <w:r w:rsidRPr="00E91FFA">
        <w:rPr>
          <w:color w:val="17365D" w:themeColor="text2" w:themeShade="BF"/>
        </w:rPr>
        <w:t>5.1 Resumo da composição da equipe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58"/>
        <w:gridCol w:w="1700"/>
        <w:gridCol w:w="1700"/>
      </w:tblGrid>
      <w:tr w:rsidR="00DD1994" w:rsidRPr="00B34EEE" w14:paraId="236EE787" w14:textId="77777777" w:rsidTr="00B34EEE">
        <w:trPr>
          <w:cantSplit/>
          <w:tblHeader/>
          <w:jc w:val="center"/>
        </w:trPr>
        <w:tc>
          <w:tcPr>
            <w:tcW w:w="66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C8A736" w14:textId="77777777" w:rsidR="00DD1994" w:rsidRPr="00B34EEE" w:rsidRDefault="00000000">
            <w:pPr>
              <w:spacing w:after="0" w:line="240" w:lineRule="auto"/>
              <w:jc w:val="center"/>
              <w:rPr>
                <w:color w:val="1F497D" w:themeColor="text2"/>
              </w:rPr>
            </w:pPr>
            <w:r w:rsidRPr="00B34EEE">
              <w:rPr>
                <w:b/>
                <w:color w:val="1F497D" w:themeColor="text2"/>
                <w:sz w:val="16"/>
              </w:rPr>
              <w:t>Categoria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C38EE5" w14:textId="77777777" w:rsidR="00DD1994" w:rsidRPr="00B34EEE" w:rsidRDefault="00000000">
            <w:pPr>
              <w:spacing w:after="0" w:line="240" w:lineRule="auto"/>
              <w:jc w:val="center"/>
              <w:rPr>
                <w:color w:val="1F497D" w:themeColor="text2"/>
              </w:rPr>
            </w:pPr>
            <w:r w:rsidRPr="00B34EEE">
              <w:rPr>
                <w:b/>
                <w:color w:val="1F497D" w:themeColor="text2"/>
                <w:sz w:val="16"/>
              </w:rPr>
              <w:t>Quantidade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4DBD95" w14:textId="77777777" w:rsidR="00DD1994" w:rsidRPr="00B34EEE" w:rsidRDefault="00000000">
            <w:pPr>
              <w:spacing w:after="0" w:line="240" w:lineRule="auto"/>
              <w:jc w:val="center"/>
              <w:rPr>
                <w:color w:val="1F497D" w:themeColor="text2"/>
              </w:rPr>
            </w:pPr>
            <w:r w:rsidRPr="00B34EEE">
              <w:rPr>
                <w:b/>
                <w:color w:val="1F497D" w:themeColor="text2"/>
                <w:sz w:val="16"/>
              </w:rPr>
              <w:t>Percentual</w:t>
            </w:r>
          </w:p>
        </w:tc>
      </w:tr>
      <w:tr w:rsidR="00DD1994" w:rsidRPr="00B34EEE" w14:paraId="7A2F4374" w14:textId="77777777" w:rsidTr="00B34EEE">
        <w:trPr>
          <w:cantSplit/>
          <w:jc w:val="center"/>
        </w:trPr>
        <w:tc>
          <w:tcPr>
            <w:tcW w:w="66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B4FD2F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sz w:val="16"/>
              </w:rPr>
              <w:t>Pessoas vinculadas à UFMA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61D76D" w14:textId="77777777" w:rsidR="00DD1994" w:rsidRPr="00B34EEE" w:rsidRDefault="00DD1994">
            <w:pPr>
              <w:spacing w:after="0" w:line="240" w:lineRule="auto"/>
            </w:pP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926B68" w14:textId="77777777" w:rsidR="00DD1994" w:rsidRPr="00B34EEE" w:rsidRDefault="00DD1994">
            <w:pPr>
              <w:spacing w:after="0" w:line="240" w:lineRule="auto"/>
            </w:pPr>
          </w:p>
        </w:tc>
      </w:tr>
      <w:tr w:rsidR="00DD1994" w:rsidRPr="00B34EEE" w14:paraId="079E9E6C" w14:textId="77777777" w:rsidTr="00B34EEE">
        <w:trPr>
          <w:cantSplit/>
          <w:jc w:val="center"/>
        </w:trPr>
        <w:tc>
          <w:tcPr>
            <w:tcW w:w="66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3BAEB5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sz w:val="16"/>
              </w:rPr>
              <w:t>Participantes externos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AA0914" w14:textId="77777777" w:rsidR="00DD1994" w:rsidRPr="00B34EEE" w:rsidRDefault="00DD1994">
            <w:pPr>
              <w:spacing w:after="0" w:line="240" w:lineRule="auto"/>
            </w:pP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2B2E5F" w14:textId="77777777" w:rsidR="00DD1994" w:rsidRPr="00B34EEE" w:rsidRDefault="00DD1994">
            <w:pPr>
              <w:spacing w:after="0" w:line="240" w:lineRule="auto"/>
            </w:pPr>
          </w:p>
        </w:tc>
      </w:tr>
      <w:tr w:rsidR="00DD1994" w:rsidRPr="00B34EEE" w14:paraId="064DA4FC" w14:textId="77777777" w:rsidTr="00B34EEE">
        <w:trPr>
          <w:cantSplit/>
          <w:jc w:val="center"/>
        </w:trPr>
        <w:tc>
          <w:tcPr>
            <w:tcW w:w="66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3059A4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sz w:val="16"/>
              </w:rPr>
              <w:t>Participantes vinculados a empresa contratada (não computar no percentual)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EBE290" w14:textId="77777777" w:rsidR="00DD1994" w:rsidRPr="00B34EEE" w:rsidRDefault="00DD1994">
            <w:pPr>
              <w:spacing w:after="0" w:line="240" w:lineRule="auto"/>
            </w:pP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F7D10" w14:textId="77777777" w:rsidR="00DD1994" w:rsidRPr="00B34EEE" w:rsidRDefault="00DD1994">
            <w:pPr>
              <w:spacing w:after="0" w:line="240" w:lineRule="auto"/>
            </w:pPr>
          </w:p>
        </w:tc>
      </w:tr>
      <w:tr w:rsidR="00DD1994" w:rsidRPr="00B34EEE" w14:paraId="502CF6F5" w14:textId="77777777" w:rsidTr="00B34EEE">
        <w:trPr>
          <w:cantSplit/>
          <w:jc w:val="center"/>
        </w:trPr>
        <w:tc>
          <w:tcPr>
            <w:tcW w:w="66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BF06AD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sz w:val="16"/>
              </w:rPr>
              <w:t>Total</w:t>
            </w: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6FFE5B" w14:textId="77777777" w:rsidR="00DD1994" w:rsidRPr="00B34EEE" w:rsidRDefault="00DD1994">
            <w:pPr>
              <w:spacing w:after="0" w:line="240" w:lineRule="auto"/>
            </w:pPr>
          </w:p>
        </w:tc>
        <w:tc>
          <w:tcPr>
            <w:tcW w:w="1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DA4ED" w14:textId="77777777" w:rsidR="00DD1994" w:rsidRPr="00B34EEE" w:rsidRDefault="00DD1994">
            <w:pPr>
              <w:spacing w:after="0" w:line="240" w:lineRule="auto"/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DD1994" w:rsidRPr="00B34EEE" w14:paraId="063A68FD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AED31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Justificativa para composição inferior a 2/3, se aplicável, com indicação da aprovação colegiada competente: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1C75C15C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DA72E0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Critérios de seleção dos estudantes, bolsistas e participantes externos: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</w:tbl>
    <w:p w14:paraId="6C87B2EC" w14:textId="77777777" w:rsidR="00DD1994" w:rsidRPr="00B34EEE" w:rsidRDefault="00000000">
      <w:r w:rsidRPr="00B34EEE">
        <w:br w:type="page"/>
      </w:r>
    </w:p>
    <w:p w14:paraId="2727377C" w14:textId="13930A6A" w:rsidR="00DD1994" w:rsidRDefault="00E91FFA">
      <w:pPr>
        <w:pStyle w:val="Ttulo1"/>
      </w:pPr>
      <w:r>
        <w:lastRenderedPageBreak/>
        <w:t>6</w:t>
      </w:r>
      <w:r w:rsidR="00000000" w:rsidRPr="00B34EEE">
        <w:t xml:space="preserve">. PLANO DE APLICAÇÃO </w:t>
      </w:r>
    </w:p>
    <w:p w14:paraId="5F8F32A7" w14:textId="77777777" w:rsidR="00453267" w:rsidRPr="00453267" w:rsidRDefault="00453267" w:rsidP="00453267"/>
    <w:tbl>
      <w:tblPr>
        <w:tblW w:w="99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5561"/>
        <w:gridCol w:w="1696"/>
        <w:gridCol w:w="1701"/>
      </w:tblGrid>
      <w:tr w:rsidR="00453267" w14:paraId="6250C2FD" w14:textId="77777777" w:rsidTr="0095713B">
        <w:trPr>
          <w:trHeight w:val="480"/>
        </w:trPr>
        <w:tc>
          <w:tcPr>
            <w:tcW w:w="975" w:type="dxa"/>
            <w:vAlign w:val="center"/>
          </w:tcPr>
          <w:p w14:paraId="7CBAB62C" w14:textId="77777777" w:rsidR="00453267" w:rsidRPr="00453267" w:rsidRDefault="00453267" w:rsidP="00F55894">
            <w:pPr>
              <w:jc w:val="center"/>
              <w:rPr>
                <w:rFonts w:eastAsia="Arial" w:cs="Arial"/>
                <w:b/>
                <w:color w:val="17365D" w:themeColor="text2" w:themeShade="BF"/>
              </w:rPr>
            </w:pPr>
            <w:r w:rsidRPr="00453267">
              <w:rPr>
                <w:rFonts w:eastAsia="Arial" w:cs="Arial"/>
                <w:b/>
                <w:color w:val="17365D" w:themeColor="text2" w:themeShade="BF"/>
              </w:rPr>
              <w:t> </w:t>
            </w:r>
          </w:p>
        </w:tc>
        <w:tc>
          <w:tcPr>
            <w:tcW w:w="5561" w:type="dxa"/>
            <w:vAlign w:val="center"/>
          </w:tcPr>
          <w:p w14:paraId="21EBAFBF" w14:textId="77777777" w:rsidR="00453267" w:rsidRPr="00453267" w:rsidRDefault="00453267" w:rsidP="00F55894">
            <w:pPr>
              <w:jc w:val="center"/>
              <w:rPr>
                <w:rFonts w:eastAsia="Arial" w:cs="Arial"/>
                <w:b/>
                <w:color w:val="17365D" w:themeColor="text2" w:themeShade="BF"/>
              </w:rPr>
            </w:pPr>
            <w:r w:rsidRPr="00453267">
              <w:rPr>
                <w:rFonts w:eastAsia="Arial" w:cs="Arial"/>
                <w:b/>
                <w:color w:val="17365D" w:themeColor="text2" w:themeShade="BF"/>
              </w:rPr>
              <w:t>Natureza da Despesa</w:t>
            </w:r>
          </w:p>
        </w:tc>
        <w:tc>
          <w:tcPr>
            <w:tcW w:w="1696" w:type="dxa"/>
            <w:vMerge w:val="restart"/>
            <w:vAlign w:val="center"/>
          </w:tcPr>
          <w:p w14:paraId="69C1EC4E" w14:textId="77777777" w:rsidR="00453267" w:rsidRPr="00453267" w:rsidRDefault="00453267" w:rsidP="00F55894">
            <w:pPr>
              <w:jc w:val="center"/>
              <w:rPr>
                <w:rFonts w:eastAsia="Arial" w:cs="Arial"/>
                <w:b/>
                <w:color w:val="17365D" w:themeColor="text2" w:themeShade="BF"/>
              </w:rPr>
            </w:pPr>
            <w:r w:rsidRPr="00453267">
              <w:rPr>
                <w:rFonts w:eastAsia="Arial" w:cs="Arial"/>
                <w:b/>
                <w:color w:val="17365D" w:themeColor="text2" w:themeShade="BF"/>
              </w:rPr>
              <w:t>Valor Total (R$)</w:t>
            </w:r>
          </w:p>
        </w:tc>
        <w:tc>
          <w:tcPr>
            <w:tcW w:w="1701" w:type="dxa"/>
            <w:vMerge w:val="restart"/>
            <w:vAlign w:val="center"/>
          </w:tcPr>
          <w:p w14:paraId="4F9355D6" w14:textId="77777777" w:rsidR="00453267" w:rsidRPr="00453267" w:rsidRDefault="00453267" w:rsidP="00F55894">
            <w:pPr>
              <w:jc w:val="center"/>
              <w:rPr>
                <w:rFonts w:eastAsia="Arial" w:cs="Arial"/>
                <w:b/>
                <w:color w:val="17365D" w:themeColor="text2" w:themeShade="BF"/>
              </w:rPr>
            </w:pPr>
            <w:r w:rsidRPr="00453267">
              <w:rPr>
                <w:rFonts w:eastAsia="Arial" w:cs="Arial"/>
                <w:b/>
                <w:color w:val="17365D" w:themeColor="text2" w:themeShade="BF"/>
              </w:rPr>
              <w:t>Total Contratante (R$)</w:t>
            </w:r>
          </w:p>
        </w:tc>
      </w:tr>
      <w:tr w:rsidR="00453267" w14:paraId="678B52EB" w14:textId="77777777" w:rsidTr="0095713B">
        <w:trPr>
          <w:trHeight w:val="406"/>
        </w:trPr>
        <w:tc>
          <w:tcPr>
            <w:tcW w:w="975" w:type="dxa"/>
            <w:vAlign w:val="center"/>
          </w:tcPr>
          <w:p w14:paraId="4F55525B" w14:textId="77777777" w:rsidR="00453267" w:rsidRPr="00453267" w:rsidRDefault="00453267" w:rsidP="00F55894">
            <w:pPr>
              <w:jc w:val="center"/>
              <w:rPr>
                <w:rFonts w:eastAsia="Arial" w:cs="Arial"/>
                <w:b/>
                <w:color w:val="17365D" w:themeColor="text2" w:themeShade="BF"/>
              </w:rPr>
            </w:pPr>
            <w:r w:rsidRPr="00453267">
              <w:rPr>
                <w:rFonts w:eastAsia="Arial" w:cs="Arial"/>
                <w:b/>
                <w:color w:val="17365D" w:themeColor="text2" w:themeShade="BF"/>
              </w:rPr>
              <w:t>Código</w:t>
            </w:r>
          </w:p>
        </w:tc>
        <w:tc>
          <w:tcPr>
            <w:tcW w:w="5561" w:type="dxa"/>
            <w:vAlign w:val="center"/>
          </w:tcPr>
          <w:p w14:paraId="17453CDC" w14:textId="77777777" w:rsidR="00453267" w:rsidRPr="00453267" w:rsidRDefault="00453267" w:rsidP="00F55894">
            <w:pPr>
              <w:jc w:val="center"/>
              <w:rPr>
                <w:rFonts w:eastAsia="Arial" w:cs="Arial"/>
                <w:b/>
                <w:color w:val="17365D" w:themeColor="text2" w:themeShade="BF"/>
              </w:rPr>
            </w:pPr>
            <w:r w:rsidRPr="00453267">
              <w:rPr>
                <w:rFonts w:eastAsia="Arial" w:cs="Arial"/>
                <w:b/>
                <w:color w:val="17365D" w:themeColor="text2" w:themeShade="BF"/>
              </w:rPr>
              <w:t>Especificação</w:t>
            </w:r>
          </w:p>
        </w:tc>
        <w:tc>
          <w:tcPr>
            <w:tcW w:w="1696" w:type="dxa"/>
            <w:vMerge/>
            <w:vAlign w:val="center"/>
          </w:tcPr>
          <w:p w14:paraId="563C888E" w14:textId="77777777" w:rsidR="00453267" w:rsidRDefault="00453267" w:rsidP="00F5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b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6B4F981C" w14:textId="77777777" w:rsidR="00453267" w:rsidRDefault="00453267" w:rsidP="00F5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b/>
                <w:color w:val="000000"/>
              </w:rPr>
            </w:pPr>
          </w:p>
        </w:tc>
      </w:tr>
      <w:tr w:rsidR="00453267" w14:paraId="5108B0C6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66F8FF2C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33.90.39</w:t>
            </w:r>
          </w:p>
        </w:tc>
        <w:tc>
          <w:tcPr>
            <w:tcW w:w="5561" w:type="dxa"/>
            <w:vAlign w:val="bottom"/>
          </w:tcPr>
          <w:p w14:paraId="79623A36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Serviços de Terceiros – Pessoa Jurídica:</w:t>
            </w:r>
          </w:p>
        </w:tc>
        <w:tc>
          <w:tcPr>
            <w:tcW w:w="1696" w:type="dxa"/>
            <w:vAlign w:val="bottom"/>
          </w:tcPr>
          <w:p w14:paraId="486013CA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 </w:t>
            </w:r>
          </w:p>
        </w:tc>
        <w:tc>
          <w:tcPr>
            <w:tcW w:w="1701" w:type="dxa"/>
            <w:vAlign w:val="bottom"/>
          </w:tcPr>
          <w:p w14:paraId="28E4150F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 </w:t>
            </w:r>
          </w:p>
        </w:tc>
      </w:tr>
      <w:tr w:rsidR="00453267" w14:paraId="48CF9265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55726AFA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33.90.36</w:t>
            </w:r>
          </w:p>
        </w:tc>
        <w:tc>
          <w:tcPr>
            <w:tcW w:w="5561" w:type="dxa"/>
            <w:vAlign w:val="bottom"/>
          </w:tcPr>
          <w:p w14:paraId="217EEADD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 xml:space="preserve">Serviços de Terceiros – Pessoa Física </w:t>
            </w:r>
          </w:p>
        </w:tc>
        <w:tc>
          <w:tcPr>
            <w:tcW w:w="1696" w:type="dxa"/>
            <w:vAlign w:val="bottom"/>
          </w:tcPr>
          <w:p w14:paraId="1D04E54C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5FDD533F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453267" w14:paraId="7182C968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5E3005DB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33.90.47</w:t>
            </w:r>
          </w:p>
        </w:tc>
        <w:tc>
          <w:tcPr>
            <w:tcW w:w="5561" w:type="dxa"/>
            <w:vAlign w:val="bottom"/>
          </w:tcPr>
          <w:p w14:paraId="735D823D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 w:rsidRPr="00035D65">
              <w:rPr>
                <w:rFonts w:eastAsia="Arial" w:cs="Arial"/>
                <w:color w:val="000000"/>
              </w:rPr>
              <w:t>Encargos e Tributos</w:t>
            </w:r>
          </w:p>
        </w:tc>
        <w:tc>
          <w:tcPr>
            <w:tcW w:w="1696" w:type="dxa"/>
            <w:vAlign w:val="bottom"/>
          </w:tcPr>
          <w:p w14:paraId="655A5CA3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56A0CA6E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453267" w14:paraId="65DC6501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417586C1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33.90.20</w:t>
            </w:r>
          </w:p>
        </w:tc>
        <w:tc>
          <w:tcPr>
            <w:tcW w:w="5561" w:type="dxa"/>
            <w:vAlign w:val="bottom"/>
          </w:tcPr>
          <w:p w14:paraId="54BF6A36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Auxílio Financeiro a Pesquisadores</w:t>
            </w:r>
          </w:p>
        </w:tc>
        <w:tc>
          <w:tcPr>
            <w:tcW w:w="1696" w:type="dxa"/>
            <w:vAlign w:val="bottom"/>
          </w:tcPr>
          <w:p w14:paraId="4E5A7A20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000BF5AC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453267" w14:paraId="1933C3F0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531BC6EF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33.90.18</w:t>
            </w:r>
          </w:p>
        </w:tc>
        <w:tc>
          <w:tcPr>
            <w:tcW w:w="5561" w:type="dxa"/>
            <w:vAlign w:val="bottom"/>
          </w:tcPr>
          <w:p w14:paraId="6BAB91B1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 xml:space="preserve">Auxílio Financeiro a Estudantes </w:t>
            </w:r>
          </w:p>
        </w:tc>
        <w:tc>
          <w:tcPr>
            <w:tcW w:w="1696" w:type="dxa"/>
            <w:vAlign w:val="bottom"/>
          </w:tcPr>
          <w:p w14:paraId="30012F75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38867498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453267" w14:paraId="14C15014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71F0840F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33.90.30</w:t>
            </w:r>
          </w:p>
        </w:tc>
        <w:tc>
          <w:tcPr>
            <w:tcW w:w="5561" w:type="dxa"/>
            <w:vAlign w:val="bottom"/>
          </w:tcPr>
          <w:p w14:paraId="3307244B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Material de Consumo</w:t>
            </w:r>
          </w:p>
        </w:tc>
        <w:tc>
          <w:tcPr>
            <w:tcW w:w="1696" w:type="dxa"/>
            <w:vAlign w:val="bottom"/>
          </w:tcPr>
          <w:p w14:paraId="34081A01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35DA5A27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453267" w14:paraId="5AF73D8F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5729D4CC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44.90.52</w:t>
            </w:r>
          </w:p>
        </w:tc>
        <w:tc>
          <w:tcPr>
            <w:tcW w:w="5561" w:type="dxa"/>
            <w:vAlign w:val="bottom"/>
          </w:tcPr>
          <w:p w14:paraId="7AD58586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 xml:space="preserve">Equipamento e Material Permanente </w:t>
            </w:r>
          </w:p>
        </w:tc>
        <w:tc>
          <w:tcPr>
            <w:tcW w:w="1696" w:type="dxa"/>
            <w:vAlign w:val="bottom"/>
          </w:tcPr>
          <w:p w14:paraId="6C7069B3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2F93FA54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453267" w14:paraId="44487D50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5A017702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33.90.33</w:t>
            </w:r>
          </w:p>
        </w:tc>
        <w:tc>
          <w:tcPr>
            <w:tcW w:w="5561" w:type="dxa"/>
            <w:vAlign w:val="bottom"/>
          </w:tcPr>
          <w:p w14:paraId="053F5C53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 w:rsidRPr="00352D16">
              <w:rPr>
                <w:rFonts w:eastAsia="Arial" w:cs="Arial"/>
                <w:color w:val="000000"/>
              </w:rPr>
              <w:t xml:space="preserve">Passagens </w:t>
            </w:r>
            <w:r>
              <w:rPr>
                <w:rFonts w:eastAsia="Arial" w:cs="Arial"/>
                <w:color w:val="000000"/>
              </w:rPr>
              <w:t>e</w:t>
            </w:r>
            <w:r w:rsidRPr="00352D16">
              <w:rPr>
                <w:rFonts w:eastAsia="Arial" w:cs="Arial"/>
                <w:color w:val="000000"/>
              </w:rPr>
              <w:t xml:space="preserve"> Despesas </w:t>
            </w:r>
            <w:r>
              <w:rPr>
                <w:rFonts w:eastAsia="Arial" w:cs="Arial"/>
                <w:color w:val="000000"/>
              </w:rPr>
              <w:t>c</w:t>
            </w:r>
            <w:r w:rsidRPr="00352D16">
              <w:rPr>
                <w:rFonts w:eastAsia="Arial" w:cs="Arial"/>
                <w:color w:val="000000"/>
              </w:rPr>
              <w:t>om Locomoção</w:t>
            </w:r>
          </w:p>
        </w:tc>
        <w:tc>
          <w:tcPr>
            <w:tcW w:w="1696" w:type="dxa"/>
            <w:vAlign w:val="bottom"/>
          </w:tcPr>
          <w:p w14:paraId="6AC59266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388E4060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453267" w14:paraId="4EA1E5AC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2BFC491F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33.90.14</w:t>
            </w:r>
          </w:p>
        </w:tc>
        <w:tc>
          <w:tcPr>
            <w:tcW w:w="5561" w:type="dxa"/>
            <w:vAlign w:val="bottom"/>
          </w:tcPr>
          <w:p w14:paraId="088DE2B0" w14:textId="77777777" w:rsidR="00453267" w:rsidRPr="00352D16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Diárias</w:t>
            </w:r>
          </w:p>
        </w:tc>
        <w:tc>
          <w:tcPr>
            <w:tcW w:w="1696" w:type="dxa"/>
            <w:vAlign w:val="bottom"/>
          </w:tcPr>
          <w:p w14:paraId="463E24CC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59167C0D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453267" w14:paraId="4402EEF2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33F4E75A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44.90.40</w:t>
            </w:r>
          </w:p>
        </w:tc>
        <w:tc>
          <w:tcPr>
            <w:tcW w:w="5561" w:type="dxa"/>
            <w:vAlign w:val="bottom"/>
          </w:tcPr>
          <w:p w14:paraId="555C48CD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Aquisição de Software</w:t>
            </w:r>
          </w:p>
        </w:tc>
        <w:tc>
          <w:tcPr>
            <w:tcW w:w="1696" w:type="dxa"/>
            <w:vAlign w:val="bottom"/>
          </w:tcPr>
          <w:p w14:paraId="5061C9E5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528B45D5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453267" w14:paraId="0F2FA5FA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3F958957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 </w:t>
            </w:r>
          </w:p>
        </w:tc>
        <w:tc>
          <w:tcPr>
            <w:tcW w:w="5561" w:type="dxa"/>
            <w:vAlign w:val="bottom"/>
          </w:tcPr>
          <w:p w14:paraId="66C296C2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Despesas Operacionais Administrativas - DOA</w:t>
            </w:r>
          </w:p>
        </w:tc>
        <w:tc>
          <w:tcPr>
            <w:tcW w:w="1696" w:type="dxa"/>
            <w:vAlign w:val="bottom"/>
          </w:tcPr>
          <w:p w14:paraId="521E8D9B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792B5A2F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453267" w14:paraId="34950BD5" w14:textId="77777777" w:rsidTr="0095713B">
        <w:trPr>
          <w:trHeight w:val="345"/>
        </w:trPr>
        <w:tc>
          <w:tcPr>
            <w:tcW w:w="975" w:type="dxa"/>
            <w:vAlign w:val="bottom"/>
          </w:tcPr>
          <w:p w14:paraId="31FF26B0" w14:textId="77777777" w:rsidR="00453267" w:rsidRDefault="00453267" w:rsidP="00F55894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 </w:t>
            </w:r>
          </w:p>
        </w:tc>
        <w:tc>
          <w:tcPr>
            <w:tcW w:w="5561" w:type="dxa"/>
            <w:vAlign w:val="bottom"/>
          </w:tcPr>
          <w:p w14:paraId="247BF0A0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Total Geral</w:t>
            </w:r>
          </w:p>
        </w:tc>
        <w:tc>
          <w:tcPr>
            <w:tcW w:w="1696" w:type="dxa"/>
            <w:vAlign w:val="bottom"/>
          </w:tcPr>
          <w:p w14:paraId="41CAF6ED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226FC2E8" w14:textId="77777777" w:rsidR="00453267" w:rsidRDefault="00453267" w:rsidP="00F55894">
            <w:pPr>
              <w:jc w:val="center"/>
              <w:rPr>
                <w:rFonts w:eastAsia="Arial" w:cs="Arial"/>
                <w:color w:val="000000"/>
              </w:rPr>
            </w:pPr>
          </w:p>
        </w:tc>
      </w:tr>
    </w:tbl>
    <w:p w14:paraId="747A59E1" w14:textId="77777777" w:rsidR="00E91FFA" w:rsidRDefault="00E91FFA" w:rsidP="00E91FFA"/>
    <w:p w14:paraId="472ABD84" w14:textId="77777777" w:rsidR="00405AB4" w:rsidRDefault="00405AB4" w:rsidP="00405AB4">
      <w:pPr>
        <w:pStyle w:val="Ttulo1"/>
      </w:pPr>
      <w:r>
        <w:t>7</w:t>
      </w:r>
      <w:r w:rsidRPr="00B34EEE">
        <w:t xml:space="preserve">. </w:t>
      </w:r>
      <w:r>
        <w:t>ORÇAMENTO DETALHADO</w:t>
      </w:r>
    </w:p>
    <w:p w14:paraId="20EBBEAD" w14:textId="77777777" w:rsidR="00453267" w:rsidRPr="00453267" w:rsidRDefault="00453267" w:rsidP="00453267"/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4764"/>
        <w:gridCol w:w="960"/>
        <w:gridCol w:w="1308"/>
        <w:gridCol w:w="1022"/>
        <w:gridCol w:w="12"/>
        <w:gridCol w:w="1517"/>
      </w:tblGrid>
      <w:tr w:rsidR="00453267" w:rsidRPr="00453267" w14:paraId="0DA0919F" w14:textId="77777777" w:rsidTr="0095713B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3F7A6" w14:textId="00070D6A" w:rsidR="00453267" w:rsidRPr="00453267" w:rsidRDefault="00405AB4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B34EEE">
              <w:t xml:space="preserve"> </w:t>
            </w:r>
            <w:r w:rsidR="00453267"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1 - SERVIÇOS DE TERCEIROS PESSOA JURÍDICA</w:t>
            </w:r>
          </w:p>
        </w:tc>
      </w:tr>
      <w:tr w:rsidR="00453267" w:rsidRPr="00453267" w14:paraId="6704E338" w14:textId="77777777" w:rsidTr="0095713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F2CF8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D066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DESCRIÇÃO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7A6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5851F" w14:textId="2CFA77B7" w:rsidR="00453267" w:rsidRPr="00453267" w:rsidRDefault="00453267" w:rsidP="0095713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Preço médio unitário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E4B5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Qtde</w:t>
            </w:r>
            <w:proofErr w:type="spellEnd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C38D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 TOTAL  </w:t>
            </w:r>
          </w:p>
        </w:tc>
      </w:tr>
      <w:tr w:rsidR="00453267" w:rsidRPr="00453267" w14:paraId="78C0C233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DC3DE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1.1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00465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59458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uni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8E555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1,00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2E756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B8F1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6DC6AFF4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17C4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1.2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769C8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2049C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uni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79E2E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C0574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1C90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0F4F06D1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165A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1.3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B7E7E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09519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uni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49416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1C5B7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AE062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785C4C2E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5331A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489B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3BDE5950" w14:textId="77777777" w:rsidTr="0095713B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73CE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2 - SERVIÇOS DE TERCEIROS PESSOA FÍSICA </w:t>
            </w:r>
          </w:p>
        </w:tc>
      </w:tr>
      <w:tr w:rsidR="00453267" w:rsidRPr="00453267" w14:paraId="58BD30F8" w14:textId="77777777" w:rsidTr="0095713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523BC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8BCB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DESCRIÇÃO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7A2A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6903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Valor Bruto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B6412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Qtde</w:t>
            </w:r>
            <w:proofErr w:type="spellEnd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AC10F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 TOTAL  </w:t>
            </w:r>
          </w:p>
        </w:tc>
      </w:tr>
      <w:tr w:rsidR="00453267" w:rsidRPr="00453267" w14:paraId="401F30AD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C6FBC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2.1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70BE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DCCD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F6BA8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1,00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D4EF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2CAEA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33B2771F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B2322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2.2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915D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7799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1081E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13114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49F5C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7A683999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ACE9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2.3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65FE1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91089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C0A6C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8A2FB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1578A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78CA0FB2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69513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1C25B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10541F59" w14:textId="77777777" w:rsidTr="0095713B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1C6B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3 - OBRIGAÇÕES TRIBUTÁRIAS E CONTRIBUTIVAS </w:t>
            </w:r>
          </w:p>
        </w:tc>
      </w:tr>
      <w:tr w:rsidR="00453267" w:rsidRPr="00453267" w14:paraId="350C416B" w14:textId="77777777" w:rsidTr="0095713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5128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D2B5E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DESCRIÇÃO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AC0F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69F67" w14:textId="7479114A" w:rsidR="00453267" w:rsidRPr="00453267" w:rsidRDefault="00453267" w:rsidP="0095713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E1819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Qtde</w:t>
            </w:r>
            <w:proofErr w:type="spellEnd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3D37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 TOTAL  </w:t>
            </w:r>
          </w:p>
        </w:tc>
      </w:tr>
      <w:tr w:rsidR="00453267" w:rsidRPr="00453267" w14:paraId="5F6FB404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88ED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3.1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FCAE1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1153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07318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1,00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C46AC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FFDFE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355BFE92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9E6E0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3.2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0F05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FF05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3323D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B3CAE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3B60E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3580F68D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E575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C78BE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44408435" w14:textId="77777777" w:rsidTr="0095713B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F5DDC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4 - AUXÍLIO FINANCEIRO A PESQUISADOR</w:t>
            </w:r>
          </w:p>
        </w:tc>
      </w:tr>
      <w:tr w:rsidR="00453267" w:rsidRPr="00453267" w14:paraId="1A9D8E55" w14:textId="77777777" w:rsidTr="0095713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C370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285E4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DESCRIÇÃO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74C6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9E2D5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Valor Bruto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FC4D9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Qtde</w:t>
            </w:r>
            <w:proofErr w:type="spellEnd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. Bolsas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F6689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 TOTAL  </w:t>
            </w:r>
          </w:p>
        </w:tc>
      </w:tr>
      <w:tr w:rsidR="00453267" w:rsidRPr="00453267" w14:paraId="0DACD592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1052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4.1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0F187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BCC7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D1E59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1,00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20025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4DAE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6E247476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9EED9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lastRenderedPageBreak/>
              <w:t>4.2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CC622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F54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24522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2FB9F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BED8A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6A579CE9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4CEF4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4.3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41252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D005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C2FF3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858D7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089A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6252A6A0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93DA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3D9AE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021A1E1A" w14:textId="77777777" w:rsidTr="0095713B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F2DBB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5 - AUXÍLIO FINANCEIRO A ESTUDANTE</w:t>
            </w:r>
          </w:p>
        </w:tc>
      </w:tr>
      <w:tr w:rsidR="00453267" w:rsidRPr="00453267" w14:paraId="47B1BD4E" w14:textId="77777777" w:rsidTr="0095713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183A4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0D43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DESCRIÇÃO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D9649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4B48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Valor Bruto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3DE0C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Qtde</w:t>
            </w:r>
            <w:proofErr w:type="spellEnd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. Bolsas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A6AD8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 TOTAL  </w:t>
            </w:r>
          </w:p>
        </w:tc>
      </w:tr>
      <w:tr w:rsidR="00453267" w:rsidRPr="00453267" w14:paraId="1CF5DBD0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83534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5.1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B388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1F41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4D8F5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1,00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E866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7024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72BCEC29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8006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5.2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22845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F9A7C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66275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C136C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E5E3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084C1318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CD1A9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5.3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42878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168E7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20937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8254E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CCCA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5F9866C6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53BA9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EA839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79EB4936" w14:textId="77777777" w:rsidTr="0095713B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B27D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6 - MATERIAL DE CONSUMO</w:t>
            </w:r>
          </w:p>
        </w:tc>
      </w:tr>
      <w:tr w:rsidR="00453267" w:rsidRPr="00453267" w14:paraId="20E4D7BE" w14:textId="77777777" w:rsidTr="0095713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49AB9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079A7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DESCRIÇÃO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802B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C0011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Preço médio unitário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B55C1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Qtde</w:t>
            </w:r>
            <w:proofErr w:type="spellEnd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5B53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 TOTAL  </w:t>
            </w:r>
          </w:p>
        </w:tc>
      </w:tr>
      <w:tr w:rsidR="00453267" w:rsidRPr="00453267" w14:paraId="069D319E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55DAF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6.1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7A4E4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DA002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uni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05D1E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1,00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336B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82D1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2AA2E001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53BE2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6.2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743DD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34B4E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uni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CB6E4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1,00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13494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ACCE3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5F0EAFCB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86167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6.3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7A7F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17F3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uni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0BFDD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D3B0E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63A6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2DFCF5AD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AEC71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D81E4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5D082BAF" w14:textId="77777777" w:rsidTr="0095713B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9AC69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7 - EQUIPAMENTOS E MATERIAL PERMANENTE</w:t>
            </w:r>
          </w:p>
        </w:tc>
      </w:tr>
      <w:tr w:rsidR="00453267" w:rsidRPr="00453267" w14:paraId="68736BE7" w14:textId="77777777" w:rsidTr="0095713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0B5DD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983A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DESCRIÇÃO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5EB13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7F113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Preço médio unitário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83015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Qtde</w:t>
            </w:r>
            <w:proofErr w:type="spellEnd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68B9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 TOTAL  </w:t>
            </w:r>
          </w:p>
        </w:tc>
      </w:tr>
      <w:tr w:rsidR="00453267" w:rsidRPr="00453267" w14:paraId="70FF9132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F6FEF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7.1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5F6B3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E076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uni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0C185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1,00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CDD1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99AAD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577F4484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22DC4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7.2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282C3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F1C0E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uni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F4D0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3C473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46E7B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7997720F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46201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7.3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A957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347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uni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919D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C2792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0FD6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425CB0F9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FAA2D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05C97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44AE8507" w14:textId="77777777" w:rsidTr="0095713B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E090F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8 - PASSAGENS E DESPESAS COM LOCOMOÇÃO</w:t>
            </w:r>
          </w:p>
        </w:tc>
      </w:tr>
      <w:tr w:rsidR="00453267" w:rsidRPr="00453267" w14:paraId="718CF7BC" w14:textId="77777777" w:rsidTr="0095713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22BB1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31072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DESCRIÇÃO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ADC07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7C0B4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Valor unitário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869CB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Qtde</w:t>
            </w:r>
            <w:proofErr w:type="spellEnd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77A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 TOTAL  </w:t>
            </w:r>
          </w:p>
        </w:tc>
      </w:tr>
      <w:tr w:rsidR="00453267" w:rsidRPr="00453267" w14:paraId="57A53A81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D37E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8.1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66DB4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B5F91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E1AF7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1,00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D2EAD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47E7C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5355492D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25095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8.2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6FA5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EF2D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949D7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2BBAA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6144A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0469FF98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52B94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8.3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57348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45292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7478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0F9BC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9687B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463B7078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1394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EF8CC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1CC30219" w14:textId="77777777" w:rsidTr="0095713B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67492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9 - DIÁRIAS</w:t>
            </w:r>
          </w:p>
        </w:tc>
      </w:tr>
      <w:tr w:rsidR="00453267" w:rsidRPr="00453267" w14:paraId="18989603" w14:textId="77777777" w:rsidTr="0095713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32B5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9F104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DESCRIÇÃO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0072F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0917C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Valor unitário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9FBBE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Qtde</w:t>
            </w:r>
            <w:proofErr w:type="spellEnd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B7C9E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 TOTAL  </w:t>
            </w:r>
          </w:p>
        </w:tc>
      </w:tr>
      <w:tr w:rsidR="00453267" w:rsidRPr="00453267" w14:paraId="30A81291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B80C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9.1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47EB9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E5B4B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12F27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10,00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ABC04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BBEEA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452F7DA1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D0C62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9.2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DEEC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4DCF9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E231B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BD2A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6E5ED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60CDEDDB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35CBC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9.3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96A92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A2772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83A66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29CF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9A02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70FD6ADA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CE10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01E0C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261036A6" w14:textId="77777777" w:rsidTr="0095713B">
        <w:trPr>
          <w:trHeight w:val="300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92BC0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10- AQUISIÇÃO DE SOFTWARE</w:t>
            </w:r>
          </w:p>
        </w:tc>
      </w:tr>
      <w:tr w:rsidR="00453267" w:rsidRPr="00453267" w14:paraId="62984F04" w14:textId="77777777" w:rsidTr="0095713B">
        <w:trPr>
          <w:trHeight w:val="7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D463C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C5406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DESCRIÇÃO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370F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FBDD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Preço médio unitário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16B6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>Qtde</w:t>
            </w:r>
            <w:proofErr w:type="spellEnd"/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449E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17365D" w:themeColor="text2" w:themeShade="BF"/>
                <w:sz w:val="20"/>
                <w:szCs w:val="20"/>
                <w:lang w:eastAsia="pt-BR"/>
              </w:rPr>
              <w:t xml:space="preserve">  TOTAL  </w:t>
            </w:r>
          </w:p>
        </w:tc>
      </w:tr>
      <w:tr w:rsidR="00453267" w:rsidRPr="00453267" w14:paraId="3176D023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C42C5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10.1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A2BC6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E2B37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CA01D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1,00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76F25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-   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FCCF7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25DA29E8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B8F3B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10.2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28CF8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6EB53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E91D7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B1E8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EF217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3ECBB002" w14:textId="77777777" w:rsidTr="0095713B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6830C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10.3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E2E0F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9F952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EB301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FCB6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CB9AB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1BC6393F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C233B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pt-BR"/>
              </w:rPr>
              <w:t xml:space="preserve">TOTAL 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0547D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74CF806E" w14:textId="77777777" w:rsidTr="0095713B">
        <w:trPr>
          <w:trHeight w:val="30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EE6B4" w14:textId="170A4508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color w:val="000000" w:themeColor="text1"/>
                <w:sz w:val="20"/>
                <w:szCs w:val="20"/>
                <w:lang w:eastAsia="pt-BR"/>
              </w:rPr>
              <w:lastRenderedPageBreak/>
              <w:t>TOTAL do custo do Projeto (sem a DOA da Fundação)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3F6F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2ED54B36" w14:textId="77777777" w:rsidTr="0095713B">
        <w:trPr>
          <w:trHeight w:val="510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E695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>Despesas Operacionais e Administrativas da Fundação de Apoio sobre custos do projeto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0CE40" w14:textId="77777777" w:rsidR="00453267" w:rsidRPr="00453267" w:rsidRDefault="00453267" w:rsidP="00453267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sz w:val="20"/>
                <w:szCs w:val="20"/>
                <w:lang w:eastAsia="pt-BR"/>
              </w:rPr>
              <w:t xml:space="preserve">             -   </w:t>
            </w:r>
          </w:p>
        </w:tc>
      </w:tr>
      <w:tr w:rsidR="00453267" w:rsidRPr="00453267" w14:paraId="413BD234" w14:textId="77777777" w:rsidTr="0095713B">
        <w:trPr>
          <w:trHeight w:val="315"/>
        </w:trPr>
        <w:tc>
          <w:tcPr>
            <w:tcW w:w="8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327EA" w14:textId="77777777" w:rsidR="00453267" w:rsidRPr="00453267" w:rsidRDefault="00453267" w:rsidP="0045326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TOTAL GERAL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F18EB" w14:textId="77777777" w:rsidR="00453267" w:rsidRPr="00453267" w:rsidRDefault="00453267" w:rsidP="00453267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32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-   </w:t>
            </w:r>
          </w:p>
        </w:tc>
      </w:tr>
    </w:tbl>
    <w:p w14:paraId="625CAE03" w14:textId="3C26CD28" w:rsidR="00DD1994" w:rsidRDefault="00453267">
      <w:pPr>
        <w:pStyle w:val="Ttulo1"/>
      </w:pPr>
      <w:r>
        <w:t>8</w:t>
      </w:r>
      <w:r w:rsidR="00000000" w:rsidRPr="00B34EEE">
        <w:t>. CRONOGRAMA DE DESEMBOLSO</w:t>
      </w:r>
    </w:p>
    <w:p w14:paraId="270DD1CD" w14:textId="77777777" w:rsidR="00453267" w:rsidRPr="00453267" w:rsidRDefault="00453267" w:rsidP="00453267">
      <w:pPr>
        <w:rPr>
          <w:b/>
          <w:color w:val="17365D" w:themeColor="text2" w:themeShade="BF"/>
          <w:sz w:val="24"/>
          <w:szCs w:val="24"/>
        </w:rPr>
      </w:pPr>
      <w:r w:rsidRPr="00453267">
        <w:rPr>
          <w:rFonts w:eastAsia="Arial" w:cs="Arial"/>
          <w:b/>
          <w:color w:val="17365D" w:themeColor="text2" w:themeShade="BF"/>
        </w:rPr>
        <w:t>CONTRATANTE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9"/>
        <w:gridCol w:w="2349"/>
        <w:gridCol w:w="2349"/>
        <w:gridCol w:w="3154"/>
      </w:tblGrid>
      <w:tr w:rsidR="00453267" w:rsidRPr="00205A3F" w14:paraId="1E28396D" w14:textId="77777777" w:rsidTr="0095713B">
        <w:tc>
          <w:tcPr>
            <w:tcW w:w="2349" w:type="dxa"/>
          </w:tcPr>
          <w:p w14:paraId="583670C6" w14:textId="77777777" w:rsidR="00453267" w:rsidRPr="00205A3F" w:rsidRDefault="00453267" w:rsidP="00F55894">
            <w:pPr>
              <w:rPr>
                <w:rFonts w:eastAsia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205A3F">
              <w:rPr>
                <w:rFonts w:eastAsia="Arial" w:cs="Arial"/>
                <w:b/>
                <w:bCs/>
                <w:color w:val="17365D" w:themeColor="text2" w:themeShade="BF"/>
                <w:sz w:val="17"/>
                <w:szCs w:val="17"/>
              </w:rPr>
              <w:t>1ª Parcela</w:t>
            </w:r>
          </w:p>
        </w:tc>
        <w:tc>
          <w:tcPr>
            <w:tcW w:w="2349" w:type="dxa"/>
          </w:tcPr>
          <w:p w14:paraId="3B914AD3" w14:textId="77777777" w:rsidR="00453267" w:rsidRPr="00205A3F" w:rsidRDefault="00453267" w:rsidP="00F55894">
            <w:pPr>
              <w:rPr>
                <w:rFonts w:eastAsia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205A3F">
              <w:rPr>
                <w:rFonts w:eastAsia="Arial" w:cs="Arial"/>
                <w:b/>
                <w:bCs/>
                <w:color w:val="17365D" w:themeColor="text2" w:themeShade="BF"/>
                <w:sz w:val="17"/>
                <w:szCs w:val="17"/>
              </w:rPr>
              <w:t>2ª Parcela</w:t>
            </w:r>
          </w:p>
        </w:tc>
        <w:tc>
          <w:tcPr>
            <w:tcW w:w="2349" w:type="dxa"/>
          </w:tcPr>
          <w:p w14:paraId="4FF053E6" w14:textId="77777777" w:rsidR="00453267" w:rsidRPr="00205A3F" w:rsidRDefault="00453267" w:rsidP="00F55894">
            <w:pPr>
              <w:rPr>
                <w:rFonts w:eastAsia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205A3F">
              <w:rPr>
                <w:rFonts w:eastAsia="Arial" w:cs="Arial"/>
                <w:b/>
                <w:bCs/>
                <w:color w:val="17365D" w:themeColor="text2" w:themeShade="BF"/>
                <w:sz w:val="17"/>
                <w:szCs w:val="17"/>
              </w:rPr>
              <w:t>3ª Parcela</w:t>
            </w:r>
          </w:p>
        </w:tc>
        <w:tc>
          <w:tcPr>
            <w:tcW w:w="3154" w:type="dxa"/>
          </w:tcPr>
          <w:p w14:paraId="51CF70D3" w14:textId="77777777" w:rsidR="00453267" w:rsidRPr="00205A3F" w:rsidRDefault="00453267" w:rsidP="00F55894">
            <w:pPr>
              <w:rPr>
                <w:rFonts w:eastAsia="Arial" w:cs="Arial"/>
                <w:b/>
                <w:bCs/>
                <w:color w:val="17365D" w:themeColor="text2" w:themeShade="BF"/>
                <w:sz w:val="17"/>
                <w:szCs w:val="17"/>
              </w:rPr>
            </w:pPr>
            <w:r w:rsidRPr="00205A3F">
              <w:rPr>
                <w:rFonts w:eastAsia="Arial" w:cs="Arial"/>
                <w:b/>
                <w:bCs/>
                <w:color w:val="17365D" w:themeColor="text2" w:themeShade="BF"/>
                <w:sz w:val="17"/>
                <w:szCs w:val="17"/>
              </w:rPr>
              <w:t>...</w:t>
            </w:r>
          </w:p>
        </w:tc>
      </w:tr>
      <w:tr w:rsidR="00453267" w:rsidRPr="00205A3F" w14:paraId="34310A96" w14:textId="77777777" w:rsidTr="0095713B">
        <w:tc>
          <w:tcPr>
            <w:tcW w:w="2349" w:type="dxa"/>
          </w:tcPr>
          <w:p w14:paraId="082FDE39" w14:textId="77777777" w:rsidR="00453267" w:rsidRPr="00205A3F" w:rsidRDefault="00453267" w:rsidP="00F55894">
            <w:pPr>
              <w:rPr>
                <w:rFonts w:eastAsia="Arial" w:cs="Arial"/>
                <w:sz w:val="17"/>
                <w:szCs w:val="17"/>
              </w:rPr>
            </w:pPr>
          </w:p>
        </w:tc>
        <w:tc>
          <w:tcPr>
            <w:tcW w:w="2349" w:type="dxa"/>
          </w:tcPr>
          <w:p w14:paraId="2F6CD918" w14:textId="77777777" w:rsidR="00453267" w:rsidRPr="00205A3F" w:rsidRDefault="00453267" w:rsidP="00F55894">
            <w:pPr>
              <w:rPr>
                <w:rFonts w:eastAsia="Arial" w:cs="Arial"/>
                <w:sz w:val="17"/>
                <w:szCs w:val="17"/>
              </w:rPr>
            </w:pPr>
          </w:p>
        </w:tc>
        <w:tc>
          <w:tcPr>
            <w:tcW w:w="2349" w:type="dxa"/>
          </w:tcPr>
          <w:p w14:paraId="7DD143E2" w14:textId="77777777" w:rsidR="00453267" w:rsidRPr="00205A3F" w:rsidRDefault="00453267" w:rsidP="00F55894">
            <w:pPr>
              <w:rPr>
                <w:rFonts w:eastAsia="Arial" w:cs="Arial"/>
                <w:sz w:val="17"/>
                <w:szCs w:val="17"/>
              </w:rPr>
            </w:pPr>
          </w:p>
        </w:tc>
        <w:tc>
          <w:tcPr>
            <w:tcW w:w="3154" w:type="dxa"/>
          </w:tcPr>
          <w:p w14:paraId="602630F5" w14:textId="77777777" w:rsidR="00453267" w:rsidRPr="00205A3F" w:rsidRDefault="00453267" w:rsidP="00F55894">
            <w:pPr>
              <w:rPr>
                <w:rFonts w:eastAsia="Arial" w:cs="Arial"/>
                <w:sz w:val="17"/>
                <w:szCs w:val="17"/>
              </w:rPr>
            </w:pPr>
          </w:p>
        </w:tc>
      </w:tr>
    </w:tbl>
    <w:p w14:paraId="15B2EF78" w14:textId="77777777" w:rsidR="00453267" w:rsidRPr="00453267" w:rsidRDefault="00453267" w:rsidP="00453267"/>
    <w:p w14:paraId="7D50F83B" w14:textId="0A39150D" w:rsidR="00DD1994" w:rsidRPr="00B34EEE" w:rsidRDefault="00453267">
      <w:pPr>
        <w:pStyle w:val="Ttulo1"/>
      </w:pPr>
      <w:r>
        <w:t>9</w:t>
      </w:r>
      <w:r w:rsidR="00000000" w:rsidRPr="00B34EEE">
        <w:t>. BENS, PROPRIEDADE INTELECTUAL E RESULTADOS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DD1994" w:rsidRPr="00B34EEE" w14:paraId="63A911F6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4FEFA3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10.1 Bens permanentes a adquirir, titularidade, localização e destinação ao término do projeto: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1E93ABAD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22EAB9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10.2 Resultados passíveis de proteção, propriedade intelectual, sigilo, publicações e royalties: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53C35A46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2DD7FA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10.3 Mecanismos de retribuição dos resultados gerados pela UFMA, quando aplicável: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  <w:tr w:rsidR="00DD1994" w:rsidRPr="00B34EEE" w14:paraId="1106E2EF" w14:textId="77777777">
        <w:trPr>
          <w:cantSplit/>
          <w:trHeight w:val="567"/>
        </w:trPr>
        <w:tc>
          <w:tcPr>
            <w:tcW w:w="1020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6B2213" w14:textId="77777777" w:rsidR="00DD1994" w:rsidRPr="00B34EEE" w:rsidRDefault="00000000">
            <w:pPr>
              <w:spacing w:after="0" w:line="240" w:lineRule="auto"/>
            </w:pPr>
            <w:r w:rsidRPr="00B34EEE">
              <w:rPr>
                <w:b/>
                <w:color w:val="17365D"/>
                <w:sz w:val="17"/>
              </w:rPr>
              <w:t>10.4 Tratamento, guarda e compartilhamento de dados e documentos do projeto:</w:t>
            </w:r>
            <w:r w:rsidRPr="00B34EEE">
              <w:rPr>
                <w:b/>
                <w:color w:val="17365D"/>
                <w:sz w:val="17"/>
              </w:rPr>
              <w:br/>
            </w:r>
          </w:p>
        </w:tc>
      </w:tr>
    </w:tbl>
    <w:p w14:paraId="503CAEDC" w14:textId="0D3E58EF" w:rsidR="00DD1994" w:rsidRPr="00B34EEE" w:rsidRDefault="00DD1994"/>
    <w:p w14:paraId="2C2FAB94" w14:textId="52CD8816" w:rsidR="00DD1994" w:rsidRPr="0095713B" w:rsidRDefault="00000000">
      <w:pPr>
        <w:pStyle w:val="Ttulo1"/>
        <w:rPr>
          <w:rFonts w:ascii="Arial" w:hAnsi="Arial" w:cs="Arial"/>
        </w:rPr>
      </w:pPr>
      <w:r w:rsidRPr="0095713B">
        <w:rPr>
          <w:rFonts w:ascii="Arial" w:hAnsi="Arial" w:cs="Arial"/>
        </w:rPr>
        <w:t>1</w:t>
      </w:r>
      <w:r w:rsidR="00205A3F" w:rsidRPr="0095713B">
        <w:rPr>
          <w:rFonts w:ascii="Arial" w:hAnsi="Arial" w:cs="Arial"/>
        </w:rPr>
        <w:t>0</w:t>
      </w:r>
      <w:r w:rsidRPr="0095713B">
        <w:rPr>
          <w:rFonts w:ascii="Arial" w:hAnsi="Arial" w:cs="Arial"/>
        </w:rPr>
        <w:t>. DECLARAÇÕES E ASSINATURAS</w:t>
      </w:r>
    </w:p>
    <w:tbl>
      <w:tblPr>
        <w:tblW w:w="102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806"/>
      </w:tblGrid>
      <w:tr w:rsidR="00205A3F" w14:paraId="1271FD58" w14:textId="77777777" w:rsidTr="0095713B">
        <w:trPr>
          <w:trHeight w:val="210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635CC" w14:textId="77777777" w:rsidR="0095713B" w:rsidRDefault="0095713B" w:rsidP="00F55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eastAsia="Arial" w:cs="Arial"/>
                <w:color w:val="000000"/>
              </w:rPr>
            </w:pPr>
          </w:p>
          <w:p w14:paraId="6C0C12B4" w14:textId="21B281B1" w:rsidR="00205A3F" w:rsidRDefault="00205A3F" w:rsidP="00F558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rFonts w:eastAsia="Arial" w:cs="Arial"/>
                <w:color w:val="000000"/>
              </w:rPr>
            </w:pPr>
            <w:r w:rsidRPr="00913F64">
              <w:rPr>
                <w:rFonts w:eastAsia="Arial" w:cs="Arial"/>
                <w:color w:val="000000"/>
              </w:rPr>
              <w:t xml:space="preserve">Na qualidade de representante legal do proponente, declaro, para fins de prova junto à </w:t>
            </w:r>
            <w:r>
              <w:rPr>
                <w:rFonts w:eastAsia="Arial" w:cs="Arial"/>
                <w:color w:val="000000"/>
              </w:rPr>
              <w:t>Universidade Federal do maranhão (UFMA)</w:t>
            </w:r>
            <w:r w:rsidRPr="00913F64">
              <w:rPr>
                <w:rFonts w:eastAsia="Arial" w:cs="Arial"/>
                <w:color w:val="000000"/>
              </w:rPr>
              <w:t xml:space="preserve"> para os efeitos e sob as penas da lei, que inexiste qualquer débito em mora ou situação de inadimplência com o Tesouro Nacional ou qualquer Órgão da Administração Pública Federal, que impeça a transferência de recursos oriundos de dotações consignadas nos orçamentos da referida prefeitura, na forma deste Plano de Trabalho.</w:t>
            </w:r>
          </w:p>
          <w:p w14:paraId="263676A2" w14:textId="77777777" w:rsidR="00205A3F" w:rsidRDefault="00205A3F" w:rsidP="00F55894">
            <w:pPr>
              <w:rPr>
                <w:rFonts w:eastAsia="Arial" w:cs="Arial"/>
              </w:rPr>
            </w:pPr>
          </w:p>
        </w:tc>
      </w:tr>
      <w:tr w:rsidR="00205A3F" w14:paraId="104E034C" w14:textId="77777777" w:rsidTr="0095713B">
        <w:trPr>
          <w:trHeight w:val="2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2F4F8F" w14:textId="77777777" w:rsidR="00205A3F" w:rsidRDefault="00205A3F" w:rsidP="00F55894">
            <w:pPr>
              <w:jc w:val="center"/>
              <w:rPr>
                <w:rFonts w:eastAsia="Arial" w:cs="Arial"/>
              </w:rPr>
            </w:pPr>
          </w:p>
          <w:p w14:paraId="1E0C068E" w14:textId="77777777" w:rsidR="00205A3F" w:rsidRDefault="00205A3F" w:rsidP="00F55894">
            <w:pPr>
              <w:jc w:val="center"/>
              <w:rPr>
                <w:rFonts w:eastAsia="Arial" w:cs="Arial"/>
              </w:rPr>
            </w:pPr>
          </w:p>
          <w:p w14:paraId="4E6434C0" w14:textId="11D23D9A" w:rsidR="00205A3F" w:rsidRDefault="00205A3F" w:rsidP="00F55894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São </w:t>
            </w:r>
            <w:proofErr w:type="gramStart"/>
            <w:r>
              <w:rPr>
                <w:rFonts w:eastAsia="Arial" w:cs="Arial"/>
              </w:rPr>
              <w:t>Luís,  _</w:t>
            </w:r>
            <w:proofErr w:type="gramEnd"/>
            <w:r>
              <w:rPr>
                <w:rFonts w:eastAsia="Arial" w:cs="Arial"/>
              </w:rPr>
              <w:t xml:space="preserve">_/ __/__        </w:t>
            </w:r>
          </w:p>
          <w:p w14:paraId="7548884E" w14:textId="77777777" w:rsidR="00205A3F" w:rsidRDefault="00205A3F" w:rsidP="00F5589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 w:cs="Arial"/>
                <w:b/>
                <w:color w:val="000000"/>
                <w:szCs w:val="18"/>
              </w:rPr>
            </w:pPr>
            <w:r>
              <w:rPr>
                <w:rFonts w:eastAsia="Arial" w:cs="Arial"/>
                <w:b/>
                <w:color w:val="000000"/>
                <w:szCs w:val="18"/>
              </w:rPr>
              <w:t>Local e Data</w:t>
            </w:r>
          </w:p>
          <w:p w14:paraId="7AA22160" w14:textId="77777777" w:rsidR="00205A3F" w:rsidRDefault="00205A3F" w:rsidP="00F55894">
            <w:pPr>
              <w:jc w:val="center"/>
              <w:rPr>
                <w:rFonts w:eastAsia="Arial" w:cs="Arial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7689F" w14:textId="77777777" w:rsidR="00205A3F" w:rsidRDefault="00205A3F" w:rsidP="00F5589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 w:cs="Arial"/>
                <w:b/>
                <w:color w:val="000000"/>
              </w:rPr>
            </w:pPr>
          </w:p>
          <w:p w14:paraId="20A56245" w14:textId="77777777" w:rsidR="00205A3F" w:rsidRDefault="00205A3F" w:rsidP="00F55894"/>
          <w:p w14:paraId="03B7C7FD" w14:textId="77777777" w:rsidR="00205A3F" w:rsidRDefault="00205A3F" w:rsidP="00F5589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 w:cs="Arial"/>
                <w:b/>
                <w:color w:val="000000"/>
              </w:rPr>
            </w:pPr>
          </w:p>
          <w:p w14:paraId="3C7FDCFF" w14:textId="77777777" w:rsidR="00205A3F" w:rsidRDefault="00205A3F" w:rsidP="00F55894">
            <w:pPr>
              <w:jc w:val="center"/>
              <w:rPr>
                <w:rFonts w:eastAsia="Arial" w:cs="Arial"/>
                <w:b/>
                <w:szCs w:val="18"/>
              </w:rPr>
            </w:pPr>
            <w:r>
              <w:rPr>
                <w:rFonts w:eastAsia="Arial" w:cs="Arial"/>
                <w:b/>
                <w:szCs w:val="18"/>
              </w:rPr>
              <w:t>Contratado</w:t>
            </w:r>
          </w:p>
        </w:tc>
      </w:tr>
    </w:tbl>
    <w:p w14:paraId="7C489BED" w14:textId="77777777" w:rsidR="00205A3F" w:rsidRDefault="00205A3F">
      <w:pPr>
        <w:pStyle w:val="Ttulo2"/>
      </w:pPr>
    </w:p>
    <w:p w14:paraId="15E4A492" w14:textId="5AA879ED" w:rsidR="00205A3F" w:rsidRPr="0095713B" w:rsidRDefault="0095713B" w:rsidP="0095713B">
      <w:pPr>
        <w:pStyle w:val="Ttulo1"/>
        <w:rPr>
          <w:rFonts w:ascii="Arial" w:eastAsia="Arial" w:hAnsi="Arial" w:cs="Arial"/>
          <w:b w:val="0"/>
          <w:szCs w:val="22"/>
        </w:rPr>
      </w:pPr>
      <w:r w:rsidRPr="0095713B">
        <w:rPr>
          <w:rFonts w:ascii="Arial" w:hAnsi="Arial" w:cs="Arial"/>
          <w:szCs w:val="22"/>
        </w:rPr>
        <w:t>11</w:t>
      </w:r>
      <w:r w:rsidRPr="0095713B">
        <w:rPr>
          <w:rFonts w:ascii="Arial" w:eastAsia="Arial" w:hAnsi="Arial" w:cs="Arial"/>
          <w:b w:val="0"/>
          <w:szCs w:val="22"/>
        </w:rPr>
        <w:t xml:space="preserve">. </w:t>
      </w:r>
      <w:r w:rsidR="00205A3F" w:rsidRPr="0095713B">
        <w:rPr>
          <w:rFonts w:ascii="Arial" w:eastAsia="Arial" w:hAnsi="Arial" w:cs="Arial"/>
          <w:szCs w:val="22"/>
        </w:rPr>
        <w:t>APROVAÇÃO PELA CONCEDENTE</w:t>
      </w:r>
    </w:p>
    <w:p w14:paraId="741078C3" w14:textId="77777777" w:rsidR="00205A3F" w:rsidRDefault="00205A3F" w:rsidP="00205A3F">
      <w:pPr>
        <w:ind w:firstLine="426"/>
        <w:rPr>
          <w:rFonts w:eastAsia="Arial" w:cs="Arial"/>
          <w:b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523"/>
      </w:tblGrid>
      <w:tr w:rsidR="00205A3F" w14:paraId="2A87089A" w14:textId="77777777" w:rsidTr="0095713B">
        <w:trPr>
          <w:trHeight w:val="368"/>
        </w:trPr>
        <w:tc>
          <w:tcPr>
            <w:tcW w:w="10201" w:type="dxa"/>
            <w:gridSpan w:val="2"/>
          </w:tcPr>
          <w:p w14:paraId="7B7B2875" w14:textId="77777777" w:rsidR="00205A3F" w:rsidRDefault="00205A3F" w:rsidP="00F55894">
            <w:pPr>
              <w:pStyle w:val="Ttulo1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Aprovado</w:t>
            </w:r>
          </w:p>
          <w:p w14:paraId="3ECC150D" w14:textId="77777777" w:rsidR="00205A3F" w:rsidRDefault="00205A3F" w:rsidP="00F55894">
            <w:pPr>
              <w:rPr>
                <w:rFonts w:eastAsia="Arial" w:cs="Arial"/>
                <w:b/>
              </w:rPr>
            </w:pPr>
          </w:p>
          <w:p w14:paraId="36507A00" w14:textId="77777777" w:rsidR="00205A3F" w:rsidRDefault="00205A3F" w:rsidP="00F55894">
            <w:pPr>
              <w:rPr>
                <w:rFonts w:eastAsia="Arial" w:cs="Arial"/>
                <w:b/>
              </w:rPr>
            </w:pPr>
          </w:p>
          <w:p w14:paraId="48652984" w14:textId="77777777" w:rsidR="00205A3F" w:rsidRDefault="00205A3F" w:rsidP="00F55894">
            <w:pPr>
              <w:rPr>
                <w:rFonts w:eastAsia="Arial" w:cs="Arial"/>
                <w:b/>
              </w:rPr>
            </w:pPr>
          </w:p>
          <w:p w14:paraId="6BF68CC9" w14:textId="77777777" w:rsidR="00205A3F" w:rsidRDefault="00205A3F" w:rsidP="00F55894">
            <w:pPr>
              <w:rPr>
                <w:rFonts w:eastAsia="Arial" w:cs="Arial"/>
                <w:b/>
              </w:rPr>
            </w:pPr>
          </w:p>
          <w:p w14:paraId="6C83E112" w14:textId="77777777" w:rsidR="00205A3F" w:rsidRDefault="00205A3F" w:rsidP="00F55894">
            <w:pPr>
              <w:rPr>
                <w:rFonts w:eastAsia="Arial" w:cs="Arial"/>
                <w:b/>
              </w:rPr>
            </w:pPr>
          </w:p>
          <w:p w14:paraId="1A5E58AB" w14:textId="77777777" w:rsidR="00205A3F" w:rsidRDefault="00205A3F" w:rsidP="00F55894">
            <w:pPr>
              <w:rPr>
                <w:rFonts w:eastAsia="Arial" w:cs="Arial"/>
                <w:b/>
              </w:rPr>
            </w:pPr>
          </w:p>
          <w:p w14:paraId="307C459B" w14:textId="77777777" w:rsidR="00205A3F" w:rsidRDefault="00205A3F" w:rsidP="00F55894">
            <w:pPr>
              <w:rPr>
                <w:rFonts w:eastAsia="Arial" w:cs="Arial"/>
                <w:b/>
              </w:rPr>
            </w:pPr>
          </w:p>
        </w:tc>
      </w:tr>
      <w:tr w:rsidR="00205A3F" w14:paraId="2163ADD5" w14:textId="77777777" w:rsidTr="0095713B">
        <w:trPr>
          <w:trHeight w:val="204"/>
        </w:trPr>
        <w:tc>
          <w:tcPr>
            <w:tcW w:w="4678" w:type="dxa"/>
            <w:vAlign w:val="center"/>
          </w:tcPr>
          <w:p w14:paraId="1961C5C1" w14:textId="77777777" w:rsidR="00205A3F" w:rsidRDefault="00205A3F" w:rsidP="00F55894">
            <w:pPr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São </w:t>
            </w:r>
            <w:proofErr w:type="gramStart"/>
            <w:r>
              <w:rPr>
                <w:rFonts w:eastAsia="Arial" w:cs="Arial"/>
              </w:rPr>
              <w:t>Luís,  _</w:t>
            </w:r>
            <w:proofErr w:type="gramEnd"/>
            <w:r>
              <w:rPr>
                <w:rFonts w:eastAsia="Arial" w:cs="Arial"/>
              </w:rPr>
              <w:t>___/ ____/ ______.</w:t>
            </w:r>
          </w:p>
          <w:p w14:paraId="56EC2D5E" w14:textId="77777777" w:rsidR="00205A3F" w:rsidRDefault="00205A3F" w:rsidP="00F55894">
            <w:pPr>
              <w:rPr>
                <w:rFonts w:eastAsia="Arial" w:cs="Arial"/>
                <w:szCs w:val="18"/>
              </w:rPr>
            </w:pPr>
            <w:r>
              <w:rPr>
                <w:rFonts w:eastAsia="Arial" w:cs="Arial"/>
                <w:szCs w:val="18"/>
              </w:rPr>
              <w:t xml:space="preserve">                               Local e Data</w:t>
            </w:r>
          </w:p>
        </w:tc>
        <w:tc>
          <w:tcPr>
            <w:tcW w:w="5523" w:type="dxa"/>
            <w:vAlign w:val="center"/>
          </w:tcPr>
          <w:p w14:paraId="3D954817" w14:textId="77777777" w:rsidR="00205A3F" w:rsidRPr="00953731" w:rsidRDefault="00205A3F" w:rsidP="00F5589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 w:cs="Arial"/>
                <w:b/>
                <w:color w:val="000000"/>
                <w:sz w:val="22"/>
                <w:highlight w:val="yellow"/>
              </w:rPr>
            </w:pPr>
            <w:r w:rsidRPr="00953731">
              <w:rPr>
                <w:rFonts w:eastAsia="Arial" w:cs="Arial"/>
                <w:b/>
                <w:color w:val="000000"/>
                <w:highlight w:val="yellow"/>
              </w:rPr>
              <w:t>Prof. Dr.</w:t>
            </w:r>
            <w:r w:rsidRPr="00953731">
              <w:rPr>
                <w:rFonts w:eastAsia="Arial" w:cs="Arial"/>
                <w:b/>
                <w:highlight w:val="yellow"/>
              </w:rPr>
              <w:t xml:space="preserve"> </w:t>
            </w:r>
            <w:r>
              <w:rPr>
                <w:rFonts w:eastAsia="Arial" w:cs="Arial"/>
                <w:b/>
                <w:highlight w:val="yellow"/>
              </w:rPr>
              <w:t>XXXXXXXXXXXXX</w:t>
            </w:r>
          </w:p>
          <w:p w14:paraId="22FB6523" w14:textId="77777777" w:rsidR="00205A3F" w:rsidRDefault="00205A3F" w:rsidP="00F55894">
            <w:pPr>
              <w:jc w:val="center"/>
              <w:rPr>
                <w:rFonts w:eastAsia="Arial" w:cs="Arial"/>
                <w:szCs w:val="18"/>
              </w:rPr>
            </w:pPr>
            <w:r w:rsidRPr="00953731">
              <w:rPr>
                <w:rFonts w:eastAsia="Arial" w:cs="Arial"/>
                <w:szCs w:val="18"/>
                <w:highlight w:val="yellow"/>
              </w:rPr>
              <w:t>Contratante</w:t>
            </w:r>
          </w:p>
        </w:tc>
      </w:tr>
    </w:tbl>
    <w:p w14:paraId="4959D246" w14:textId="77777777" w:rsidR="00205A3F" w:rsidRPr="00205A3F" w:rsidRDefault="00205A3F" w:rsidP="00205A3F"/>
    <w:p w14:paraId="7C49B8D5" w14:textId="77777777" w:rsidR="00565DD0" w:rsidRDefault="00565DD0"/>
    <w:sectPr w:rsidR="00565DD0" w:rsidSect="00034616">
      <w:footerReference w:type="default" r:id="rId8"/>
      <w:pgSz w:w="11906" w:h="16838"/>
      <w:pgMar w:top="794" w:right="850" w:bottom="79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A862D" w14:textId="77777777" w:rsidR="000377AC" w:rsidRPr="00B34EEE" w:rsidRDefault="000377AC">
      <w:pPr>
        <w:spacing w:after="0" w:line="240" w:lineRule="auto"/>
      </w:pPr>
      <w:r w:rsidRPr="00B34EEE">
        <w:separator/>
      </w:r>
    </w:p>
  </w:endnote>
  <w:endnote w:type="continuationSeparator" w:id="0">
    <w:p w14:paraId="6EE20C86" w14:textId="77777777" w:rsidR="000377AC" w:rsidRPr="00B34EEE" w:rsidRDefault="000377AC">
      <w:pPr>
        <w:spacing w:after="0" w:line="240" w:lineRule="auto"/>
      </w:pPr>
      <w:r w:rsidRPr="00B34E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CC09E" w14:textId="77777777" w:rsidR="00DD1994" w:rsidRPr="00B34EEE" w:rsidRDefault="00000000">
    <w:pPr>
      <w:pStyle w:val="Rodap"/>
      <w:jc w:val="center"/>
    </w:pPr>
    <w:r w:rsidRPr="00B34EEE">
      <w:rPr>
        <w:color w:val="666666"/>
        <w:sz w:val="16"/>
      </w:rPr>
      <w:t>Plano de Trabalho – Decreto nº 7.423/</w:t>
    </w:r>
    <w:proofErr w:type="gramStart"/>
    <w:r w:rsidRPr="00B34EEE">
      <w:rPr>
        <w:color w:val="666666"/>
        <w:sz w:val="16"/>
      </w:rPr>
      <w:t>2010  |</w:t>
    </w:r>
    <w:proofErr w:type="gramEnd"/>
    <w:r w:rsidRPr="00B34EEE">
      <w:rPr>
        <w:color w:val="666666"/>
        <w:sz w:val="16"/>
      </w:rPr>
      <w:t xml:space="preserve">  Página </w:t>
    </w:r>
    <w:r w:rsidRPr="00B34EEE">
      <w:fldChar w:fldCharType="begin"/>
    </w:r>
    <w:r w:rsidRPr="00B34EEE">
      <w:instrText>PAGE</w:instrText>
    </w:r>
    <w:r w:rsidRPr="00B34EEE">
      <w:fldChar w:fldCharType="separate"/>
    </w:r>
    <w:r w:rsidR="00EB5676" w:rsidRPr="00B34EEE">
      <w:t>1</w:t>
    </w:r>
    <w:r w:rsidRPr="00B34EE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E8B92" w14:textId="77777777" w:rsidR="000377AC" w:rsidRPr="00B34EEE" w:rsidRDefault="000377AC">
      <w:pPr>
        <w:spacing w:after="0" w:line="240" w:lineRule="auto"/>
      </w:pPr>
      <w:r w:rsidRPr="00B34EEE">
        <w:separator/>
      </w:r>
    </w:p>
  </w:footnote>
  <w:footnote w:type="continuationSeparator" w:id="0">
    <w:p w14:paraId="234D5212" w14:textId="77777777" w:rsidR="000377AC" w:rsidRPr="00B34EEE" w:rsidRDefault="000377AC">
      <w:pPr>
        <w:spacing w:after="0" w:line="240" w:lineRule="auto"/>
      </w:pPr>
      <w:r w:rsidRPr="00B34EE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C41F2E"/>
    <w:multiLevelType w:val="hybridMultilevel"/>
    <w:tmpl w:val="B7DAB9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69109">
    <w:abstractNumId w:val="8"/>
  </w:num>
  <w:num w:numId="2" w16cid:durableId="1774786291">
    <w:abstractNumId w:val="6"/>
  </w:num>
  <w:num w:numId="3" w16cid:durableId="1659070788">
    <w:abstractNumId w:val="5"/>
  </w:num>
  <w:num w:numId="4" w16cid:durableId="212619180">
    <w:abstractNumId w:val="4"/>
  </w:num>
  <w:num w:numId="5" w16cid:durableId="1944221933">
    <w:abstractNumId w:val="7"/>
  </w:num>
  <w:num w:numId="6" w16cid:durableId="1867132670">
    <w:abstractNumId w:val="3"/>
  </w:num>
  <w:num w:numId="7" w16cid:durableId="108355938">
    <w:abstractNumId w:val="2"/>
  </w:num>
  <w:num w:numId="8" w16cid:durableId="579632839">
    <w:abstractNumId w:val="1"/>
  </w:num>
  <w:num w:numId="9" w16cid:durableId="336925487">
    <w:abstractNumId w:val="0"/>
  </w:num>
  <w:num w:numId="10" w16cid:durableId="21029925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7AC"/>
    <w:rsid w:val="0006063C"/>
    <w:rsid w:val="0015074B"/>
    <w:rsid w:val="00205A3F"/>
    <w:rsid w:val="0029639D"/>
    <w:rsid w:val="00326F90"/>
    <w:rsid w:val="00405AB4"/>
    <w:rsid w:val="0042148B"/>
    <w:rsid w:val="00453267"/>
    <w:rsid w:val="00565DD0"/>
    <w:rsid w:val="0095713B"/>
    <w:rsid w:val="00AA1D8D"/>
    <w:rsid w:val="00B34EEE"/>
    <w:rsid w:val="00B47730"/>
    <w:rsid w:val="00BD4A85"/>
    <w:rsid w:val="00CB0664"/>
    <w:rsid w:val="00CD4339"/>
    <w:rsid w:val="00DD1994"/>
    <w:rsid w:val="00E91FFA"/>
    <w:rsid w:val="00EB56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5593FB"/>
  <w14:defaultImageDpi w14:val="300"/>
  <w15:docId w15:val="{BBFE0927-8382-4380-86A6-319E6685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8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7365D"/>
      <w:sz w:val="22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2F5597"/>
      <w:sz w:val="19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rPr>
      <w:rFonts w:ascii="Arial" w:hAnsi="Arial"/>
      <w:b/>
      <w:color w:val="17365D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1168</Words>
  <Characters>6309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Plano de Trabalho UFMA – Fundação de Apoio</vt:lpstr>
      <vt:lpstr/>
    </vt:vector>
  </TitlesOfParts>
  <Manager/>
  <Company/>
  <LinksUpToDate>false</LinksUpToDate>
  <CharactersWithSpaces>7463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Trabalho UFMA – Fundação de Apoio</dc:title>
  <dc:subject>Modelo ajustado ao Decreto nº 7.423/2010</dc:subject>
  <dc:creator>Fundação Sousândrade / UFMA</dc:creator>
  <cp:keywords/>
  <dc:description>generated by python-docx</dc:description>
  <cp:lastModifiedBy>Joanilda Rocha</cp:lastModifiedBy>
  <cp:revision>3</cp:revision>
  <dcterms:created xsi:type="dcterms:W3CDTF">2026-08-26T20:04:00Z</dcterms:created>
  <dcterms:modified xsi:type="dcterms:W3CDTF">2026-08-27T13:35:00Z</dcterms:modified>
  <cp:category/>
</cp:coreProperties>
</file>